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rtl w:val="0"/>
        </w:rPr>
        <w:t xml:space="preserve">SAINT MARY’S UNIVERSITY OF MINNESOTA</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Ed.D. DISSERTATION TEMPLATE, upd. 9 24 2026</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rtl w:val="0"/>
        </w:rPr>
        <w:t xml:space="preserve">APA 7th Edition + Program Dissertation Outline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Student use: Replace bracketed prompts with your own content. Delete instructional text before final submission. Use the university/program requirements when they differ from general APA guidance. This template is designed for the dissertation structure provided by the program and incorporates the uploaded Saint Mary’s University template.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Formatting baseline: 1-inch margins; double-spaced text; consistent 12-point Times New Roman; first-line paragraph indentation of 0.5 inch; page numbers in the upper-right corner. Use APA 7 heading levels consistently.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Proposal version: Chapters 1–3 are completed for the proposal. Chapters 4–5 are added after the project/study is completed. Update the Table of Contents after all headings and page numbers are finalized.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Final Pagination (example</w:t>
      </w:r>
      <w:r w:rsidDel="00000000" w:rsidR="00000000" w:rsidRPr="00000000">
        <w:rPr>
          <w:i w:val="1"/>
          <w:iCs w:val="1"/>
          <w:sz w:val="20"/>
          <w:szCs w:val="20"/>
          <w:rtl w:val="0"/>
        </w:rPr>
        <w:t xml:space="preserve">, not all pages will be applicable to all students)</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1099607761"/>
          <w:tag w:val="goog_rdk_0"/>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Title page → no number</w:t>
          </w:r>
        </w:sdtContent>
      </w:sdt>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245832084"/>
          <w:tag w:val="goog_rdk_1"/>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Committee page → ii</w:t>
          </w:r>
        </w:sdtContent>
      </w:sdt>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952156717"/>
          <w:tag w:val="goog_rdk_2"/>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Dedication → iii</w:t>
          </w:r>
        </w:sdtContent>
      </w:sdt>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769570090"/>
          <w:tag w:val="goog_rdk_3"/>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Acknowledgments → iv</w:t>
          </w:r>
        </w:sdtContent>
      </w:sdt>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143071543"/>
          <w:tag w:val="goog_rdk_4"/>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Abstract → v</w:t>
          </w:r>
        </w:sdtContent>
      </w:sdt>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1977194214"/>
          <w:tag w:val="goog_rdk_5"/>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Table of Contents → vi</w:t>
          </w:r>
        </w:sdtContent>
      </w:sdt>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1848510770"/>
          <w:tag w:val="goog_rdk_6"/>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List of Tables → vii</w:t>
          </w:r>
        </w:sdtContent>
      </w:sdt>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1382719861"/>
          <w:tag w:val="goog_rdk_7"/>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List of Figures → viii</w:t>
          </w:r>
        </w:sdtContent>
      </w:sdt>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1968463847"/>
          <w:tag w:val="goog_rdk_8"/>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Chapter 1 → 1</w:t>
          </w:r>
        </w:sdtContent>
      </w:sdt>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sdt>
        <w:sdtPr>
          <w:id w:val="297717948"/>
          <w:tag w:val="goog_rdk_9"/>
        </w:sdtPr>
        <w:sdtContent>
          <w:r w:rsidDel="00000000" w:rsidR="00000000" w:rsidRPr="00000000">
            <w:rPr>
              <w:rFonts w:ascii="Cardo" w:cs="Cardo" w:eastAsia="Cardo" w:hAnsi="Cardo"/>
              <w:b w:val="0"/>
              <w:bCs w:val="0"/>
              <w:i w:val="1"/>
              <w:iCs w:val="1"/>
              <w:smallCaps w:val="0"/>
              <w:strike w:val="0"/>
              <w:color w:val="000000"/>
              <w:sz w:val="20"/>
              <w:szCs w:val="20"/>
              <w:u w:val="none"/>
              <w:shd w:fill="auto" w:val="clear"/>
              <w:vertAlign w:val="baseline"/>
              <w:rtl w:val="0"/>
            </w:rPr>
            <w:t xml:space="preserve">Chapter 2 → 2...</w:t>
          </w:r>
        </w:sdtContent>
      </w:sdt>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etc.</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Important: Institutional requirements take precedence over generic APA examples. The uploaded Saint Mary’s template includes a specific title page and committee approval/recommendation page; retain those required elements for the final dissertation.</w:t>
      </w:r>
    </w:p>
    <w:p w:rsidR="00000000" w:rsidDel="00000000" w:rsidP="00000000" w:rsidRDefault="00000000" w:rsidRPr="00000000" w14:paraId="00000014">
      <w:pPr>
        <w:rPr/>
      </w:pPr>
      <w:r w:rsidDel="00000000" w:rsidR="00000000" w:rsidRPr="00000000">
        <w:br w:type="page"/>
      </w:r>
      <w:r w:rsidDel="00000000" w:rsidR="00000000" w:rsidRPr="00000000">
        <w:rPr>
          <w:rtl w:val="0"/>
        </w:rPr>
      </w:r>
    </w:p>
    <w:p w:rsidR="00000000" w:rsidDel="00000000" w:rsidP="00000000" w:rsidRDefault="00000000" w:rsidRPr="00000000" w14:paraId="00000015">
      <w:pPr>
        <w:jc w:val="center"/>
        <w:rPr/>
      </w:pPr>
      <w:r w:rsidDel="00000000" w:rsidR="00000000" w:rsidRPr="00000000">
        <w:rPr>
          <w:b w:val="1"/>
          <w:bCs w:val="1"/>
          <w:rtl w:val="0"/>
        </w:rPr>
        <w:t xml:space="preserve">[DISSERTATION TITLE IN CAPITAL LETTERS]</w:t>
      </w:r>
      <w:r w:rsidDel="00000000" w:rsidR="00000000" w:rsidRPr="00000000">
        <w:rPr>
          <w:rtl w:val="0"/>
        </w:rPr>
      </w:r>
    </w:p>
    <w:p w:rsidR="00000000" w:rsidDel="00000000" w:rsidP="00000000" w:rsidRDefault="00000000" w:rsidRPr="00000000" w14:paraId="00000016">
      <w:pPr>
        <w:jc w:val="center"/>
        <w:rPr/>
      </w:pPr>
      <w:r w:rsidDel="00000000" w:rsidR="00000000" w:rsidRPr="00000000">
        <w:rPr>
          <w:rtl w:val="0"/>
        </w:rPr>
        <w:t xml:space="preserve">by</w:t>
      </w:r>
    </w:p>
    <w:p w:rsidR="00000000" w:rsidDel="00000000" w:rsidP="00000000" w:rsidRDefault="00000000" w:rsidRPr="00000000" w14:paraId="00000017">
      <w:pPr>
        <w:jc w:val="center"/>
        <w:rPr/>
      </w:pPr>
      <w:r w:rsidDel="00000000" w:rsidR="00000000" w:rsidRPr="00000000">
        <w:rPr>
          <w:b w:val="1"/>
          <w:bCs w:val="1"/>
          <w:rtl w:val="0"/>
        </w:rPr>
        <w:t xml:space="preserve">[STUDENT NAME IN CAPITAL LETTERS]</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t xml:space="preserve">[Degree 1, complete title], [Institution]</w:t>
      </w:r>
    </w:p>
    <w:p w:rsidR="00000000" w:rsidDel="00000000" w:rsidP="00000000" w:rsidRDefault="00000000" w:rsidRPr="00000000" w14:paraId="0000001C">
      <w:pPr>
        <w:jc w:val="center"/>
        <w:rPr/>
      </w:pPr>
      <w:r w:rsidDel="00000000" w:rsidR="00000000" w:rsidRPr="00000000">
        <w:rPr>
          <w:rtl w:val="0"/>
        </w:rPr>
        <w:t xml:space="preserve">[Degree 2, complete title], [Institution]</w:t>
      </w:r>
    </w:p>
    <w:p w:rsidR="00000000" w:rsidDel="00000000" w:rsidP="00000000" w:rsidRDefault="00000000" w:rsidRPr="00000000" w14:paraId="0000001D">
      <w:pPr>
        <w:jc w:val="center"/>
        <w:rPr/>
      </w:pPr>
      <w:r w:rsidDel="00000000" w:rsidR="00000000" w:rsidRPr="00000000">
        <w:rPr>
          <w:rtl w:val="0"/>
        </w:rPr>
      </w:r>
    </w:p>
    <w:p w:rsidR="00000000" w:rsidDel="00000000" w:rsidP="00000000" w:rsidRDefault="00000000" w:rsidRPr="00000000" w14:paraId="0000001E">
      <w:pPr>
        <w:jc w:val="center"/>
        <w:rPr/>
      </w:pPr>
      <w:r w:rsidDel="00000000" w:rsidR="00000000" w:rsidRPr="00000000">
        <w:rPr>
          <w:rtl w:val="0"/>
        </w:rPr>
      </w:r>
    </w:p>
    <w:p w:rsidR="00000000" w:rsidDel="00000000" w:rsidP="00000000" w:rsidRDefault="00000000" w:rsidRPr="00000000" w14:paraId="0000001F">
      <w:pPr>
        <w:jc w:val="center"/>
        <w:rPr/>
      </w:pPr>
      <w:r w:rsidDel="00000000" w:rsidR="00000000" w:rsidRPr="00000000">
        <w:rPr>
          <w:rtl w:val="0"/>
        </w:rPr>
        <w:t xml:space="preserve">A Dissertation Submitted to the Graduate Faculty of</w:t>
      </w:r>
    </w:p>
    <w:p w:rsidR="00000000" w:rsidDel="00000000" w:rsidP="00000000" w:rsidRDefault="00000000" w:rsidRPr="00000000" w14:paraId="00000020">
      <w:pPr>
        <w:jc w:val="center"/>
        <w:rPr/>
      </w:pPr>
      <w:r w:rsidDel="00000000" w:rsidR="00000000" w:rsidRPr="00000000">
        <w:rPr>
          <w:rtl w:val="0"/>
        </w:rPr>
        <w:t xml:space="preserve">Saint Mary’s University of Minnesota in Partial Fulfillment of the</w:t>
      </w:r>
    </w:p>
    <w:p w:rsidR="00000000" w:rsidDel="00000000" w:rsidP="00000000" w:rsidRDefault="00000000" w:rsidRPr="00000000" w14:paraId="00000021">
      <w:pPr>
        <w:jc w:val="center"/>
        <w:rPr/>
      </w:pPr>
      <w:r w:rsidDel="00000000" w:rsidR="00000000" w:rsidRPr="00000000">
        <w:rPr>
          <w:rtl w:val="0"/>
        </w:rPr>
        <w:t xml:space="preserve">Requirements for the Degree</w:t>
      </w:r>
    </w:p>
    <w:p w:rsidR="00000000" w:rsidDel="00000000" w:rsidP="00000000" w:rsidRDefault="00000000" w:rsidRPr="00000000" w14:paraId="00000022">
      <w:pPr>
        <w:jc w:val="center"/>
        <w:rPr>
          <w:b w:val="1"/>
          <w:bCs w:val="1"/>
        </w:rPr>
      </w:pPr>
      <w:r w:rsidDel="00000000" w:rsidR="00000000" w:rsidRPr="00000000">
        <w:rPr>
          <w:rtl w:val="0"/>
        </w:rPr>
      </w:r>
    </w:p>
    <w:p w:rsidR="00000000" w:rsidDel="00000000" w:rsidP="00000000" w:rsidRDefault="00000000" w:rsidRPr="00000000" w14:paraId="00000023">
      <w:pPr>
        <w:jc w:val="center"/>
        <w:rPr>
          <w:b w:val="1"/>
          <w:bCs w:val="1"/>
        </w:rPr>
      </w:pPr>
      <w:r w:rsidDel="00000000" w:rsidR="00000000" w:rsidRPr="00000000">
        <w:rPr>
          <w:rtl w:val="0"/>
        </w:rPr>
      </w:r>
    </w:p>
    <w:p w:rsidR="00000000" w:rsidDel="00000000" w:rsidP="00000000" w:rsidRDefault="00000000" w:rsidRPr="00000000" w14:paraId="00000024">
      <w:pPr>
        <w:jc w:val="center"/>
        <w:rPr/>
      </w:pPr>
      <w:r w:rsidDel="00000000" w:rsidR="00000000" w:rsidRPr="00000000">
        <w:rPr>
          <w:b w:val="1"/>
          <w:bCs w:val="1"/>
          <w:rtl w:val="0"/>
        </w:rPr>
        <w:t xml:space="preserve">DOCTOR OF EDUCATION</w:t>
      </w:r>
      <w:r w:rsidDel="00000000" w:rsidR="00000000" w:rsidRPr="00000000">
        <w:rPr>
          <w:rtl w:val="0"/>
        </w:rPr>
      </w:r>
    </w:p>
    <w:p w:rsidR="00000000" w:rsidDel="00000000" w:rsidP="00000000" w:rsidRDefault="00000000" w:rsidRPr="00000000" w14:paraId="00000025">
      <w:pPr>
        <w:jc w:val="center"/>
        <w:rPr/>
      </w:pPr>
      <w:r w:rsidDel="00000000" w:rsidR="00000000" w:rsidRPr="00000000">
        <w:rPr>
          <w:rtl w:val="0"/>
        </w:rPr>
      </w:r>
    </w:p>
    <w:p w:rsidR="00000000" w:rsidDel="00000000" w:rsidP="00000000" w:rsidRDefault="00000000" w:rsidRPr="00000000" w14:paraId="00000026">
      <w:pPr>
        <w:jc w:val="cente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t xml:space="preserve">MINNEAPOLIS, MINNESOTA</w:t>
      </w:r>
    </w:p>
    <w:p w:rsidR="00000000" w:rsidDel="00000000" w:rsidP="00000000" w:rsidRDefault="00000000" w:rsidRPr="00000000" w14:paraId="00000028">
      <w:pPr>
        <w:jc w:val="center"/>
        <w:rPr/>
      </w:pPr>
      <w:r w:rsidDel="00000000" w:rsidR="00000000" w:rsidRPr="00000000">
        <w:rPr>
          <w:rtl w:val="0"/>
        </w:rPr>
        <w:t xml:space="preserve">© [YEAR]</w:t>
      </w:r>
    </w:p>
    <w:p w:rsidR="00000000" w:rsidDel="00000000" w:rsidP="00000000" w:rsidRDefault="00000000" w:rsidRPr="00000000" w14:paraId="00000029">
      <w:pPr>
        <w:jc w:val="center"/>
        <w:rPr/>
      </w:pPr>
      <w:r w:rsidDel="00000000" w:rsidR="00000000" w:rsidRPr="00000000">
        <w:rPr>
          <w:rtl w:val="0"/>
        </w:rPr>
        <w:t xml:space="preserve">[STUDENT NAME]</w:t>
      </w:r>
    </w:p>
    <w:p w:rsidR="00000000" w:rsidDel="00000000" w:rsidP="00000000" w:rsidRDefault="00000000" w:rsidRPr="00000000" w14:paraId="0000002A">
      <w:pPr>
        <w:jc w:val="center"/>
        <w:rPr/>
      </w:pPr>
      <w:r w:rsidDel="00000000" w:rsidR="00000000" w:rsidRPr="00000000">
        <w:br w:type="page"/>
      </w:r>
      <w:r w:rsidDel="00000000" w:rsidR="00000000" w:rsidRPr="00000000">
        <w:rPr>
          <w:b w:val="1"/>
          <w:bCs w:val="1"/>
          <w:rtl w:val="0"/>
        </w:rPr>
        <w:t xml:space="preserve">COMMITTEE APPROVAL AND RECOMMENDATION</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Having read the dissertation entitled [Dissertation Title, italicized], authored by doctoral candidate, [Candidate Name], and having been present for the final defense of this dissertation held on [Date], we hereby recommend that this dissertation be accepted by Saint Mary’s University of Minnesota toward the fulfillment of the dissertation requirements of the Doctor of Education degree in Leadership:</w:t>
      </w:r>
    </w:p>
    <w:p w:rsidR="00000000" w:rsidDel="00000000" w:rsidP="00000000" w:rsidRDefault="00000000" w:rsidRPr="00000000" w14:paraId="0000002C">
      <w:pPr>
        <w:ind w:firstLine="0"/>
        <w:rPr/>
      </w:pPr>
      <w:r w:rsidDel="00000000" w:rsidR="00000000" w:rsidRPr="00000000">
        <w:rPr>
          <w:rtl w:val="0"/>
        </w:rPr>
        <w:t xml:space="preserve">__________________________________    __________________</w:t>
        <w:br w:type="textWrapping"/>
        <w:t xml:space="preserve">[Chairperson’s Name, Degree, Chairperson]</w:t>
        <w:br w:type="textWrapping"/>
        <w:t xml:space="preserve">[Academic Rank]    Date Signed</w:t>
      </w:r>
    </w:p>
    <w:p w:rsidR="00000000" w:rsidDel="00000000" w:rsidP="00000000" w:rsidRDefault="00000000" w:rsidRPr="00000000" w14:paraId="0000002D">
      <w:pPr>
        <w:ind w:firstLine="0"/>
        <w:rPr/>
      </w:pPr>
      <w:r w:rsidDel="00000000" w:rsidR="00000000" w:rsidRPr="00000000">
        <w:rPr>
          <w:rtl w:val="0"/>
        </w:rPr>
        <w:t xml:space="preserve">__________________________________    __________________</w:t>
        <w:br w:type="textWrapping"/>
        <w:t xml:space="preserve">[Committee Member’s Name, Degree]</w:t>
        <w:br w:type="textWrapping"/>
        <w:t xml:space="preserve">[Academic Rank]    Date Signed</w:t>
      </w:r>
    </w:p>
    <w:p w:rsidR="00000000" w:rsidDel="00000000" w:rsidP="00000000" w:rsidRDefault="00000000" w:rsidRPr="00000000" w14:paraId="0000002E">
      <w:pPr>
        <w:ind w:firstLine="0"/>
        <w:rPr/>
      </w:pPr>
      <w:r w:rsidDel="00000000" w:rsidR="00000000" w:rsidRPr="00000000">
        <w:rPr>
          <w:rtl w:val="0"/>
        </w:rPr>
        <w:t xml:space="preserve">__________________________________    __________________</w:t>
        <w:br w:type="textWrapping"/>
        <w:t xml:space="preserve">[Committee Member’s Name, Degree]</w:t>
        <w:br w:type="textWrapping"/>
        <w:t xml:space="preserve">[Academic Rank]    Date Signed</w:t>
      </w:r>
    </w:p>
    <w:p w:rsidR="00000000" w:rsidDel="00000000" w:rsidP="00000000" w:rsidRDefault="00000000" w:rsidRPr="00000000" w14:paraId="0000002F">
      <w:pPr>
        <w:jc w:val="center"/>
        <w:rPr>
          <w:b w:val="1"/>
          <w:bCs w:val="1"/>
        </w:rPr>
      </w:pPr>
      <w:r w:rsidDel="00000000" w:rsidR="00000000" w:rsidRPr="00000000">
        <w:rPr>
          <w:rtl w:val="0"/>
        </w:rPr>
      </w:r>
    </w:p>
    <w:p w:rsidR="00000000" w:rsidDel="00000000" w:rsidP="00000000" w:rsidRDefault="00000000" w:rsidRPr="00000000" w14:paraId="00000030">
      <w:pPr>
        <w:jc w:val="center"/>
        <w:rPr>
          <w:b w:val="1"/>
          <w:bCs w:val="1"/>
        </w:rPr>
      </w:pPr>
      <w:r w:rsidDel="00000000" w:rsidR="00000000" w:rsidRPr="00000000">
        <w:rPr>
          <w:b w:val="1"/>
          <w:bCs w:val="1"/>
          <w:rtl w:val="0"/>
        </w:rPr>
        <w:t xml:space="preserve">APPROVAL AND ACCEPTANCE ON BEHALF OF </w:t>
      </w:r>
    </w:p>
    <w:p w:rsidR="00000000" w:rsidDel="00000000" w:rsidP="00000000" w:rsidRDefault="00000000" w:rsidRPr="00000000" w14:paraId="00000031">
      <w:pPr>
        <w:jc w:val="center"/>
        <w:rPr>
          <w:b w:val="1"/>
          <w:bCs w:val="1"/>
        </w:rPr>
      </w:pPr>
      <w:r w:rsidDel="00000000" w:rsidR="00000000" w:rsidRPr="00000000">
        <w:rPr>
          <w:b w:val="1"/>
          <w:bCs w:val="1"/>
          <w:rtl w:val="0"/>
        </w:rPr>
        <w:t xml:space="preserve">SAINT MARY’S</w:t>
      </w:r>
    </w:p>
    <w:p w:rsidR="00000000" w:rsidDel="00000000" w:rsidP="00000000" w:rsidRDefault="00000000" w:rsidRPr="00000000" w14:paraId="00000032">
      <w:pPr>
        <w:jc w:val="center"/>
        <w:rPr/>
      </w:pPr>
      <w:r w:rsidDel="00000000" w:rsidR="00000000" w:rsidRPr="00000000">
        <w:rPr>
          <w:b w:val="1"/>
          <w:bCs w:val="1"/>
          <w:rtl w:val="0"/>
        </w:rPr>
        <w:t xml:space="preserve">UNIVERSITY OF MINNESOTA</w:t>
      </w:r>
      <w:r w:rsidDel="00000000" w:rsidR="00000000" w:rsidRPr="00000000">
        <w:rPr>
          <w:rtl w:val="0"/>
        </w:rPr>
      </w:r>
    </w:p>
    <w:p w:rsidR="00000000" w:rsidDel="00000000" w:rsidP="00000000" w:rsidRDefault="00000000" w:rsidRPr="00000000" w14:paraId="00000033">
      <w:pPr>
        <w:ind w:firstLine="0"/>
        <w:rPr/>
      </w:pPr>
      <w:r w:rsidDel="00000000" w:rsidR="00000000" w:rsidRPr="00000000">
        <w:rPr>
          <w:rtl w:val="0"/>
        </w:rPr>
        <w:t xml:space="preserve">__________________________________    __________________</w:t>
        <w:br w:type="textWrapping"/>
        <w:t xml:space="preserve">Program Director    </w:t>
        <w:tab/>
        <w:tab/>
        <w:tab/>
        <w:tab/>
        <w:t xml:space="preserve">Date Signed</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Remove bracketed prompts and replace them with final information. Follow the program’s required naming/title conventions.</w:t>
      </w:r>
    </w:p>
    <w:p w:rsidR="00000000" w:rsidDel="00000000" w:rsidP="00000000" w:rsidRDefault="00000000" w:rsidRPr="00000000" w14:paraId="00000035">
      <w:pPr>
        <w:rPr/>
      </w:pPr>
      <w:r w:rsidDel="00000000" w:rsidR="00000000" w:rsidRPr="00000000">
        <w:br w:type="page"/>
      </w:r>
      <w:r w:rsidDel="00000000" w:rsidR="00000000" w:rsidRPr="00000000">
        <w:rPr>
          <w:rtl w:val="0"/>
        </w:rPr>
      </w:r>
    </w:p>
    <w:p w:rsidR="00000000" w:rsidDel="00000000" w:rsidP="00000000" w:rsidRDefault="00000000" w:rsidRPr="00000000" w14:paraId="00000036">
      <w:pPr>
        <w:jc w:val="center"/>
        <w:rPr/>
      </w:pPr>
      <w:r w:rsidDel="00000000" w:rsidR="00000000" w:rsidRPr="00000000">
        <w:rPr>
          <w:b w:val="1"/>
          <w:bCs w:val="1"/>
          <w:rtl w:val="0"/>
        </w:rPr>
        <w:t xml:space="preserve">DEDICATION</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[Optional. If included, write a brief dedication here.]</w:t>
      </w:r>
    </w:p>
    <w:p w:rsidR="00000000" w:rsidDel="00000000" w:rsidP="00000000" w:rsidRDefault="00000000" w:rsidRPr="00000000" w14:paraId="00000038">
      <w:pPr>
        <w:rPr/>
      </w:pPr>
      <w:r w:rsidDel="00000000" w:rsidR="00000000" w:rsidRPr="00000000">
        <w:br w:type="page"/>
      </w:r>
      <w:r w:rsidDel="00000000" w:rsidR="00000000" w:rsidRPr="00000000">
        <w:rPr>
          <w:rtl w:val="0"/>
        </w:rPr>
      </w:r>
    </w:p>
    <w:p w:rsidR="00000000" w:rsidDel="00000000" w:rsidP="00000000" w:rsidRDefault="00000000" w:rsidRPr="00000000" w14:paraId="00000039">
      <w:pPr>
        <w:jc w:val="center"/>
        <w:rPr/>
      </w:pPr>
      <w:r w:rsidDel="00000000" w:rsidR="00000000" w:rsidRPr="00000000">
        <w:rPr>
          <w:b w:val="1"/>
          <w:bCs w:val="1"/>
          <w:rtl w:val="0"/>
        </w:rPr>
        <w:t xml:space="preserve">ACKNOWLEDGMENTS</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[Optional. Acknowledge individuals, organizations, mentors, participants, or others who contributed to the work.]</w:t>
      </w:r>
    </w:p>
    <w:p w:rsidR="00000000" w:rsidDel="00000000" w:rsidP="00000000" w:rsidRDefault="00000000" w:rsidRPr="00000000" w14:paraId="0000003B">
      <w:pPr>
        <w:rPr/>
      </w:pPr>
      <w:r w:rsidDel="00000000" w:rsidR="00000000" w:rsidRPr="00000000">
        <w:br w:type="page"/>
      </w:r>
      <w:r w:rsidDel="00000000" w:rsidR="00000000" w:rsidRPr="00000000">
        <w:rPr>
          <w:rtl w:val="0"/>
        </w:rPr>
      </w:r>
    </w:p>
    <w:p w:rsidR="00000000" w:rsidDel="00000000" w:rsidP="00000000" w:rsidRDefault="00000000" w:rsidRPr="00000000" w14:paraId="0000003C">
      <w:pPr>
        <w:jc w:val="center"/>
        <w:rPr/>
      </w:pPr>
      <w:r w:rsidDel="00000000" w:rsidR="00000000" w:rsidRPr="00000000">
        <w:rPr>
          <w:b w:val="1"/>
          <w:bCs w:val="1"/>
          <w:rtl w:val="0"/>
        </w:rPr>
        <w:t xml:space="preserve">ABSTRACT</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Write the abstract as a single paragraph. Include the problem/purpose, participants or data source, method, major findings/results, and implications.</w:t>
      </w:r>
    </w:p>
    <w:p w:rsidR="00000000" w:rsidDel="00000000" w:rsidP="00000000" w:rsidRDefault="00000000" w:rsidRPr="00000000" w14:paraId="0000003E">
      <w:pPr>
        <w:rPr/>
      </w:pPr>
      <w:r w:rsidDel="00000000" w:rsidR="00000000" w:rsidRPr="00000000">
        <w:rPr>
          <w:rtl w:val="0"/>
        </w:rPr>
        <w:t xml:space="preserve">[Begin abstract here. Do not indent the first line of the abstract.]</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firstLine="0"/>
        <w:rPr/>
      </w:pPr>
      <w:r w:rsidDel="00000000" w:rsidR="00000000" w:rsidRPr="00000000">
        <w:rPr>
          <w:b w:val="1"/>
          <w:bCs w:val="1"/>
          <w:rtl w:val="0"/>
        </w:rPr>
        <w:t xml:space="preserve">Keywords: </w:t>
      </w:r>
      <w:r w:rsidDel="00000000" w:rsidR="00000000" w:rsidRPr="00000000">
        <w:rPr>
          <w:rtl w:val="0"/>
        </w:rPr>
        <w:t xml:space="preserve">[keyword]; [keyword]; [keyword]; [keyword]; [keyword]</w:t>
      </w:r>
    </w:p>
    <w:p w:rsidR="00000000" w:rsidDel="00000000" w:rsidP="00000000" w:rsidRDefault="00000000" w:rsidRPr="00000000" w14:paraId="00000041">
      <w:pPr>
        <w:rPr/>
      </w:pPr>
      <w:r w:rsidDel="00000000" w:rsidR="00000000" w:rsidRPr="00000000">
        <w:br w:type="page"/>
      </w:r>
      <w:r w:rsidDel="00000000" w:rsidR="00000000" w:rsidRPr="00000000">
        <w:rPr>
          <w:rtl w:val="0"/>
        </w:rPr>
      </w:r>
    </w:p>
    <w:p w:rsidR="00000000" w:rsidDel="00000000" w:rsidP="00000000" w:rsidRDefault="00000000" w:rsidRPr="00000000" w14:paraId="00000042">
      <w:pPr>
        <w:jc w:val="center"/>
        <w:rPr/>
      </w:pPr>
      <w:r w:rsidDel="00000000" w:rsidR="00000000" w:rsidRPr="00000000">
        <w:rPr>
          <w:b w:val="1"/>
          <w:bCs w:val="1"/>
          <w:rtl w:val="0"/>
        </w:rPr>
        <w:t xml:space="preserve">TABLE OF CONTENTS</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Insert an automatic Table of Contents in Word after applying Heading 1–5 styles. Update it before submission.</w:t>
      </w:r>
    </w:p>
    <w:p w:rsidR="00000000" w:rsidDel="00000000" w:rsidP="00000000" w:rsidRDefault="00000000" w:rsidRPr="00000000" w14:paraId="00000044">
      <w:pPr>
        <w:rPr/>
      </w:pPr>
      <w:r w:rsidDel="00000000" w:rsidR="00000000" w:rsidRPr="00000000">
        <w:rPr>
          <w:rtl w:val="0"/>
        </w:rPr>
        <w:t xml:space="preserve">[AUTOMATIC TABLE OF CONTENTS]</w:t>
      </w:r>
    </w:p>
    <w:p w:rsidR="00000000" w:rsidDel="00000000" w:rsidP="00000000" w:rsidRDefault="00000000" w:rsidRPr="00000000" w14:paraId="00000045">
      <w:pPr>
        <w:rPr/>
      </w:pPr>
      <w:r w:rsidDel="00000000" w:rsidR="00000000" w:rsidRPr="00000000">
        <w:br w:type="page"/>
      </w:r>
      <w:r w:rsidDel="00000000" w:rsidR="00000000" w:rsidRPr="00000000">
        <w:rPr>
          <w:rtl w:val="0"/>
        </w:rPr>
      </w:r>
    </w:p>
    <w:p w:rsidR="00000000" w:rsidDel="00000000" w:rsidP="00000000" w:rsidRDefault="00000000" w:rsidRPr="00000000" w14:paraId="00000046">
      <w:pPr>
        <w:jc w:val="center"/>
        <w:rPr/>
      </w:pPr>
      <w:r w:rsidDel="00000000" w:rsidR="00000000" w:rsidRPr="00000000">
        <w:rPr>
          <w:b w:val="1"/>
          <w:bCs w:val="1"/>
          <w:rtl w:val="0"/>
        </w:rPr>
        <w:t xml:space="preserve">LIST OF TABLES</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[Insert an automatic List of Tables if tables are included.]</w:t>
      </w:r>
    </w:p>
    <w:p w:rsidR="00000000" w:rsidDel="00000000" w:rsidP="00000000" w:rsidRDefault="00000000" w:rsidRPr="00000000" w14:paraId="00000048">
      <w:pPr>
        <w:rPr/>
      </w:pPr>
      <w:r w:rsidDel="00000000" w:rsidR="00000000" w:rsidRPr="00000000">
        <w:br w:type="page"/>
      </w:r>
      <w:r w:rsidDel="00000000" w:rsidR="00000000" w:rsidRPr="00000000">
        <w:rPr>
          <w:rtl w:val="0"/>
        </w:rPr>
      </w:r>
    </w:p>
    <w:p w:rsidR="00000000" w:rsidDel="00000000" w:rsidP="00000000" w:rsidRDefault="00000000" w:rsidRPr="00000000" w14:paraId="00000049">
      <w:pPr>
        <w:jc w:val="center"/>
        <w:rPr/>
      </w:pPr>
      <w:r w:rsidDel="00000000" w:rsidR="00000000" w:rsidRPr="00000000">
        <w:rPr>
          <w:b w:val="1"/>
          <w:bCs w:val="1"/>
          <w:rtl w:val="0"/>
        </w:rPr>
        <w:t xml:space="preserve">LIST OF FIGURES</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[Insert an automatic List of Figures if figures are included.]</w:t>
      </w:r>
    </w:p>
    <w:p w:rsidR="00000000" w:rsidDel="00000000" w:rsidP="00000000" w:rsidRDefault="00000000" w:rsidRPr="00000000" w14:paraId="0000004B">
      <w:pPr>
        <w:rPr/>
      </w:pPr>
      <w:r w:rsidDel="00000000" w:rsidR="00000000" w:rsidRPr="00000000">
        <w:br w:type="page"/>
      </w:r>
      <w:r w:rsidDel="00000000" w:rsidR="00000000" w:rsidRPr="00000000">
        <w:rPr>
          <w:rtl w:val="0"/>
        </w:rPr>
      </w:r>
    </w:p>
    <w:p w:rsidR="00000000" w:rsidDel="00000000" w:rsidP="00000000" w:rsidRDefault="00000000" w:rsidRPr="00000000" w14:paraId="0000004C">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CHAPTER 1</w:t>
      </w:r>
    </w:p>
    <w:p w:rsidR="00000000" w:rsidDel="00000000" w:rsidP="00000000" w:rsidRDefault="00000000" w:rsidRPr="00000000" w14:paraId="0000004D">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[CHAPTER TITLE]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Use a descriptive chapter title appropriate to the project/study. The program outline identifies Chapter 1 as the introduction/problem chapter.</w:t>
      </w:r>
    </w:p>
    <w:p w:rsidR="00000000" w:rsidDel="00000000" w:rsidP="00000000" w:rsidRDefault="00000000" w:rsidRPr="00000000" w14:paraId="0000004F">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Introduction</w:t>
      </w:r>
    </w:p>
    <w:p w:rsidR="00000000" w:rsidDel="00000000" w:rsidP="00000000" w:rsidRDefault="00000000" w:rsidRPr="00000000" w14:paraId="00000050">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Problem Description and Context</w:t>
      </w:r>
    </w:p>
    <w:p w:rsidR="00000000" w:rsidDel="00000000" w:rsidP="00000000" w:rsidRDefault="00000000" w:rsidRPr="00000000" w14:paraId="00000051">
      <w:pPr>
        <w:rPr/>
      </w:pPr>
      <w:r w:rsidDel="00000000" w:rsidR="00000000" w:rsidRPr="00000000">
        <w:rPr>
          <w:rtl w:val="0"/>
        </w:rPr>
        <w:t xml:space="preserve">[Describe the problem, its context, who/what is affected, and the evidence establishing the problem.]</w:t>
      </w:r>
    </w:p>
    <w:p w:rsidR="00000000" w:rsidDel="00000000" w:rsidP="00000000" w:rsidRDefault="00000000" w:rsidRPr="00000000" w14:paraId="00000052">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Research Question(s) or Hypothesis(es)</w:t>
      </w:r>
    </w:p>
    <w:p w:rsidR="00000000" w:rsidDel="00000000" w:rsidP="00000000" w:rsidRDefault="00000000" w:rsidRPr="00000000" w14:paraId="00000053">
      <w:pPr>
        <w:rPr/>
      </w:pPr>
      <w:r w:rsidDel="00000000" w:rsidR="00000000" w:rsidRPr="00000000">
        <w:rPr>
          <w:rtl w:val="0"/>
        </w:rPr>
        <w:t xml:space="preserve">[State the central research question(s) for qualitative studies; state the hypothesis(es) for quantitative studies.]</w:t>
      </w:r>
    </w:p>
    <w:p w:rsidR="00000000" w:rsidDel="00000000" w:rsidP="00000000" w:rsidRDefault="00000000" w:rsidRPr="00000000" w14:paraId="00000054">
      <w:pPr>
        <w:rPr/>
      </w:pPr>
      <w:r w:rsidDel="00000000" w:rsidR="00000000" w:rsidRPr="00000000">
        <w:rPr>
          <w:rtl w:val="0"/>
        </w:rPr>
        <w:t xml:space="preserve">[State subquestions, if applicable.]</w:t>
      </w:r>
    </w:p>
    <w:p w:rsidR="00000000" w:rsidDel="00000000" w:rsidP="00000000" w:rsidRDefault="00000000" w:rsidRPr="00000000" w14:paraId="00000055">
      <w:pPr>
        <w:pStyle w:val="Heading2"/>
        <w:rPr>
          <w:rFonts w:ascii="Times New Roman" w:cs="Times New Roman" w:eastAsia="Times New Roman" w:hAnsi="Times New Roman"/>
          <w:color w:val="000000"/>
        </w:rPr>
      </w:pPr>
      <w:bookmarkStart w:colFirst="0" w:colLast="0" w:name="_heading=h.r3dxp5nc1iac" w:id="0"/>
      <w:bookmarkEnd w:id="0"/>
      <w:r w:rsidDel="00000000" w:rsidR="00000000" w:rsidRPr="00000000">
        <w:rPr>
          <w:rFonts w:ascii="Times New Roman" w:cs="Times New Roman" w:eastAsia="Times New Roman" w:hAnsi="Times New Roman"/>
          <w:color w:val="000000"/>
          <w:rtl w:val="0"/>
        </w:rPr>
        <w:t xml:space="preserve">Theoretical or Conceptual Framework </w:t>
      </w:r>
    </w:p>
    <w:p w:rsidR="00000000" w:rsidDel="00000000" w:rsidP="00000000" w:rsidRDefault="00000000" w:rsidRPr="00000000" w14:paraId="00000056">
      <w:pPr>
        <w:rPr/>
      </w:pPr>
      <w:r w:rsidDel="00000000" w:rsidR="00000000" w:rsidRPr="00000000">
        <w:rPr>
          <w:rtl w:val="0"/>
        </w:rPr>
        <w:t xml:space="preserve">[Identify and explain the theoretical or conceptual framework guiding the study. Describe how it shapes the understanding of the problem, informs the research questions and methodology, and provides a lens for interpreting the findings. Support with relevant scholarly literature.] </w:t>
      </w:r>
    </w:p>
    <w:p w:rsidR="00000000" w:rsidDel="00000000" w:rsidP="00000000" w:rsidRDefault="00000000" w:rsidRPr="00000000" w14:paraId="00000057">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Significance of the Study</w:t>
      </w:r>
    </w:p>
    <w:p w:rsidR="00000000" w:rsidDel="00000000" w:rsidP="00000000" w:rsidRDefault="00000000" w:rsidRPr="00000000" w14:paraId="00000058">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Dissertation Objectives (Quantitative) or Purpose (Qualitative)</w:t>
      </w:r>
    </w:p>
    <w:p w:rsidR="00000000" w:rsidDel="00000000" w:rsidP="00000000" w:rsidRDefault="00000000" w:rsidRPr="00000000" w14:paraId="00000059">
      <w:pPr>
        <w:rPr/>
      </w:pPr>
      <w:r w:rsidDel="00000000" w:rsidR="00000000" w:rsidRPr="00000000">
        <w:rPr>
          <w:rtl w:val="0"/>
        </w:rPr>
        <w:t xml:space="preserve">[State what the study is intended to accomplish.]</w:t>
      </w:r>
    </w:p>
    <w:p w:rsidR="00000000" w:rsidDel="00000000" w:rsidP="00000000" w:rsidRDefault="00000000" w:rsidRPr="00000000" w14:paraId="0000005A">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Importance of Addressing the Problem</w:t>
      </w:r>
    </w:p>
    <w:p w:rsidR="00000000" w:rsidDel="00000000" w:rsidP="00000000" w:rsidRDefault="00000000" w:rsidRPr="00000000" w14:paraId="0000005B">
      <w:pPr>
        <w:rPr/>
      </w:pPr>
      <w:r w:rsidDel="00000000" w:rsidR="00000000" w:rsidRPr="00000000">
        <w:rPr>
          <w:rtl w:val="0"/>
        </w:rPr>
        <w:t xml:space="preserve">[Explain why the problem warrants attention, and how your results may benefit theory, knowledge, practice, policy, future research, etc.]</w:t>
      </w:r>
    </w:p>
    <w:p w:rsidR="00000000" w:rsidDel="00000000" w:rsidP="00000000" w:rsidRDefault="00000000" w:rsidRPr="00000000" w14:paraId="0000005C">
      <w:pPr>
        <w:pStyle w:val="Heading2"/>
        <w:rPr>
          <w:rFonts w:ascii="Times New Roman" w:cs="Times New Roman" w:eastAsia="Times New Roman" w:hAnsi="Times New Roman"/>
          <w:color w:val="000000"/>
        </w:rPr>
      </w:pPr>
      <w:bookmarkStart w:colFirst="0" w:colLast="0" w:name="_heading=h.4r2scnfl5v9b" w:id="1"/>
      <w:bookmarkEnd w:id="1"/>
      <w:r w:rsidDel="00000000" w:rsidR="00000000" w:rsidRPr="00000000">
        <w:rPr>
          <w:rFonts w:ascii="Times New Roman" w:cs="Times New Roman" w:eastAsia="Times New Roman" w:hAnsi="Times New Roman"/>
          <w:color w:val="000000"/>
          <w:rtl w:val="0"/>
        </w:rPr>
        <w:t xml:space="preserve">Assumptions, Delimitations, and Limitations </w:t>
      </w:r>
    </w:p>
    <w:p w:rsidR="00000000" w:rsidDel="00000000" w:rsidP="00000000" w:rsidRDefault="00000000" w:rsidRPr="00000000" w14:paraId="0000005D">
      <w:pPr>
        <w:pStyle w:val="Heading3"/>
        <w:rPr>
          <w:rFonts w:ascii="Times New Roman" w:cs="Times New Roman" w:eastAsia="Times New Roman" w:hAnsi="Times New Roman"/>
          <w:color w:val="000000"/>
        </w:rPr>
      </w:pPr>
      <w:bookmarkStart w:colFirst="0" w:colLast="0" w:name="_heading=h.ssbxrgnp6l8x" w:id="2"/>
      <w:bookmarkEnd w:id="2"/>
      <w:r w:rsidDel="00000000" w:rsidR="00000000" w:rsidRPr="00000000">
        <w:rPr>
          <w:rFonts w:ascii="Times New Roman" w:cs="Times New Roman" w:eastAsia="Times New Roman" w:hAnsi="Times New Roman"/>
          <w:color w:val="000000"/>
          <w:rtl w:val="0"/>
        </w:rPr>
        <w:t xml:space="preserve">Assumptions</w:t>
      </w:r>
    </w:p>
    <w:p w:rsidR="00000000" w:rsidDel="00000000" w:rsidP="00000000" w:rsidRDefault="00000000" w:rsidRPr="00000000" w14:paraId="0000005E">
      <w:pPr>
        <w:rPr/>
      </w:pPr>
      <w:r w:rsidDel="00000000" w:rsidR="00000000" w:rsidRPr="00000000">
        <w:rPr>
          <w:rtl w:val="0"/>
        </w:rPr>
        <w:t xml:space="preserve">[State assumptions underlying the project/study.]</w:t>
      </w:r>
    </w:p>
    <w:p w:rsidR="00000000" w:rsidDel="00000000" w:rsidP="00000000" w:rsidRDefault="00000000" w:rsidRPr="00000000" w14:paraId="0000005F">
      <w:pPr>
        <w:pStyle w:val="Heading3"/>
        <w:ind w:firstLine="720"/>
        <w:rPr>
          <w:rFonts w:ascii="Times New Roman" w:cs="Times New Roman" w:eastAsia="Times New Roman" w:hAnsi="Times New Roman"/>
          <w:color w:val="000000"/>
        </w:rPr>
      </w:pPr>
      <w:bookmarkStart w:colFirst="0" w:colLast="0" w:name="_heading=h.hgnrorrw2v2c" w:id="3"/>
      <w:bookmarkEnd w:id="3"/>
      <w:r w:rsidDel="00000000" w:rsidR="00000000" w:rsidRPr="00000000">
        <w:rPr>
          <w:rFonts w:ascii="Times New Roman" w:cs="Times New Roman" w:eastAsia="Times New Roman" w:hAnsi="Times New Roman"/>
          <w:color w:val="000000"/>
          <w:rtl w:val="0"/>
        </w:rPr>
        <w:t xml:space="preserve">Delimitations</w:t>
      </w:r>
    </w:p>
    <w:p w:rsidR="00000000" w:rsidDel="00000000" w:rsidP="00000000" w:rsidRDefault="00000000" w:rsidRPr="00000000" w14:paraId="00000060">
      <w:pPr>
        <w:rPr/>
      </w:pPr>
      <w:r w:rsidDel="00000000" w:rsidR="00000000" w:rsidRPr="00000000">
        <w:rPr>
          <w:rtl w:val="0"/>
        </w:rPr>
        <w:t xml:space="preserve">[State boundaries intentionally established by the researcher/project designer.]</w:t>
      </w:r>
    </w:p>
    <w:p w:rsidR="00000000" w:rsidDel="00000000" w:rsidP="00000000" w:rsidRDefault="00000000" w:rsidRPr="00000000" w14:paraId="00000061">
      <w:pPr>
        <w:pStyle w:val="Heading3"/>
        <w:ind w:firstLine="720"/>
        <w:rPr>
          <w:rFonts w:ascii="Times New Roman" w:cs="Times New Roman" w:eastAsia="Times New Roman" w:hAnsi="Times New Roman"/>
          <w:color w:val="000000"/>
        </w:rPr>
      </w:pPr>
      <w:bookmarkStart w:colFirst="0" w:colLast="0" w:name="_heading=h.dda2sqlz8tv6" w:id="4"/>
      <w:bookmarkEnd w:id="4"/>
      <w:r w:rsidDel="00000000" w:rsidR="00000000" w:rsidRPr="00000000">
        <w:rPr>
          <w:rFonts w:ascii="Times New Roman" w:cs="Times New Roman" w:eastAsia="Times New Roman" w:hAnsi="Times New Roman"/>
          <w:color w:val="000000"/>
          <w:rtl w:val="0"/>
        </w:rPr>
        <w:t xml:space="preserve">Limitations</w:t>
      </w:r>
    </w:p>
    <w:p w:rsidR="00000000" w:rsidDel="00000000" w:rsidP="00000000" w:rsidRDefault="00000000" w:rsidRPr="00000000" w14:paraId="00000062">
      <w:pPr>
        <w:rPr/>
      </w:pPr>
      <w:r w:rsidDel="00000000" w:rsidR="00000000" w:rsidRPr="00000000">
        <w:rPr>
          <w:rtl w:val="0"/>
        </w:rPr>
        <w:t xml:space="preserve">[Identify constraints or weaknesses that may affect interpretation, generalizability/transferability, or implementation.]</w:t>
      </w:r>
    </w:p>
    <w:p w:rsidR="00000000" w:rsidDel="00000000" w:rsidP="00000000" w:rsidRDefault="00000000" w:rsidRPr="00000000" w14:paraId="00000063">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Definition of Terms</w:t>
      </w:r>
    </w:p>
    <w:p w:rsidR="00000000" w:rsidDel="00000000" w:rsidP="00000000" w:rsidRDefault="00000000" w:rsidRPr="00000000" w14:paraId="00000064">
      <w:pPr>
        <w:rPr/>
      </w:pPr>
      <w:r w:rsidDel="00000000" w:rsidR="00000000" w:rsidRPr="00000000">
        <w:rPr>
          <w:rtl w:val="0"/>
        </w:rPr>
        <w:t xml:space="preserve">[Define specialized, operational, theoretical, or potentially ambiguous terms used in the dissertation.]</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br w:type="page"/>
      </w:r>
      <w:r w:rsidDel="00000000" w:rsidR="00000000" w:rsidRPr="00000000">
        <w:rPr>
          <w:rtl w:val="0"/>
        </w:rPr>
      </w:r>
    </w:p>
    <w:p w:rsidR="00000000" w:rsidDel="00000000" w:rsidP="00000000" w:rsidRDefault="00000000" w:rsidRPr="00000000" w14:paraId="00000067">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CHAPTER 2</w:t>
      </w:r>
    </w:p>
    <w:p w:rsidR="00000000" w:rsidDel="00000000" w:rsidP="00000000" w:rsidRDefault="00000000" w:rsidRPr="00000000" w14:paraId="00000068">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REVIEW OF RELATED LITERATURE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Organize the literature review thematically rather than as an annotated list of sources. Analyze, synthesize, evaluate, and connect the literature to the problem/project and selected methodology.</w:t>
      </w:r>
    </w:p>
    <w:p w:rsidR="00000000" w:rsidDel="00000000" w:rsidP="00000000" w:rsidRDefault="00000000" w:rsidRPr="00000000" w14:paraId="0000006A">
      <w:pPr>
        <w:pStyle w:val="Heading2"/>
        <w:spacing w:after="120" w:line="360" w:lineRule="auto"/>
        <w:jc w:val="left"/>
        <w:rPr>
          <w:rFonts w:ascii="Times New Roman" w:cs="Times New Roman" w:eastAsia="Times New Roman" w:hAnsi="Times New Roman"/>
          <w:color w:val="000000"/>
        </w:rPr>
      </w:pPr>
      <w:bookmarkStart w:colFirst="0" w:colLast="0" w:name="_heading=h.y1whj4tfc0t7" w:id="5"/>
      <w:bookmarkEnd w:id="5"/>
      <w:r w:rsidDel="00000000" w:rsidR="00000000" w:rsidRPr="00000000">
        <w:rPr>
          <w:rFonts w:ascii="Times New Roman" w:cs="Times New Roman" w:eastAsia="Times New Roman" w:hAnsi="Times New Roman"/>
          <w:color w:val="000000"/>
          <w:rtl w:val="0"/>
        </w:rPr>
        <w:t xml:space="preserve">Introduction</w:t>
      </w:r>
    </w:p>
    <w:p w:rsidR="00000000" w:rsidDel="00000000" w:rsidP="00000000" w:rsidRDefault="00000000" w:rsidRPr="00000000" w14:paraId="0000006B">
      <w:pPr>
        <w:rPr/>
      </w:pPr>
      <w:r w:rsidDel="00000000" w:rsidR="00000000" w:rsidRPr="00000000">
        <w:rPr>
          <w:rtl w:val="0"/>
        </w:rPr>
        <w:t xml:space="preserve">[Introduce the purpose and organization of the literature review. Briefly identify the major themes, concepts, or bodies of literature examined and explain how they relate to the study.] </w:t>
      </w:r>
    </w:p>
    <w:p w:rsidR="00000000" w:rsidDel="00000000" w:rsidP="00000000" w:rsidRDefault="00000000" w:rsidRPr="00000000" w14:paraId="0000006C">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Review of Relevant Literature</w:t>
      </w:r>
    </w:p>
    <w:p w:rsidR="00000000" w:rsidDel="00000000" w:rsidP="00000000" w:rsidRDefault="00000000" w:rsidRPr="00000000" w14:paraId="0000006D">
      <w:pPr>
        <w:rPr/>
      </w:pPr>
      <w:r w:rsidDel="00000000" w:rsidR="00000000" w:rsidRPr="00000000">
        <w:rPr>
          <w:rtl w:val="0"/>
        </w:rPr>
        <w:t xml:space="preserve">[Synthesize and critically evaluate literature directly related to the problem, topic, population, context, or phenomenon. Create thematic subheadings based on the particular study.]</w:t>
      </w:r>
    </w:p>
    <w:p w:rsidR="00000000" w:rsidDel="00000000" w:rsidP="00000000" w:rsidRDefault="00000000" w:rsidRPr="00000000" w14:paraId="0000006E">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[Major Theme/Construct 1]</w:t>
      </w:r>
    </w:p>
    <w:p w:rsidR="00000000" w:rsidDel="00000000" w:rsidP="00000000" w:rsidRDefault="00000000" w:rsidRPr="00000000" w14:paraId="0000006F">
      <w:pPr>
        <w:rPr/>
      </w:pPr>
      <w:r w:rsidDel="00000000" w:rsidR="00000000" w:rsidRPr="00000000">
        <w:rPr>
          <w:rtl w:val="0"/>
        </w:rPr>
        <w:t xml:space="preserve">[Begin synthesis here.]</w:t>
      </w:r>
    </w:p>
    <w:p w:rsidR="00000000" w:rsidDel="00000000" w:rsidP="00000000" w:rsidRDefault="00000000" w:rsidRPr="00000000" w14:paraId="00000070">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[Major Theme/Construct 2]</w:t>
      </w:r>
    </w:p>
    <w:p w:rsidR="00000000" w:rsidDel="00000000" w:rsidP="00000000" w:rsidRDefault="00000000" w:rsidRPr="00000000" w14:paraId="00000071">
      <w:pPr>
        <w:rPr/>
      </w:pPr>
      <w:r w:rsidDel="00000000" w:rsidR="00000000" w:rsidRPr="00000000">
        <w:rPr>
          <w:rtl w:val="0"/>
        </w:rPr>
        <w:t xml:space="preserve">[Begin synthesis here.]</w:t>
      </w:r>
    </w:p>
    <w:p w:rsidR="00000000" w:rsidDel="00000000" w:rsidP="00000000" w:rsidRDefault="00000000" w:rsidRPr="00000000" w14:paraId="00000072">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[Major Theme/Construct 3]</w:t>
      </w:r>
    </w:p>
    <w:p w:rsidR="00000000" w:rsidDel="00000000" w:rsidP="00000000" w:rsidRDefault="00000000" w:rsidRPr="00000000" w14:paraId="00000073">
      <w:pPr>
        <w:rPr/>
      </w:pPr>
      <w:r w:rsidDel="00000000" w:rsidR="00000000" w:rsidRPr="00000000">
        <w:rPr>
          <w:rtl w:val="0"/>
        </w:rPr>
        <w:t xml:space="preserve">[Begin synthesis here.]</w:t>
      </w:r>
    </w:p>
    <w:p w:rsidR="00000000" w:rsidDel="00000000" w:rsidP="00000000" w:rsidRDefault="00000000" w:rsidRPr="00000000" w14:paraId="00000074">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[Additional Theme/Construct]</w:t>
      </w:r>
    </w:p>
    <w:p w:rsidR="00000000" w:rsidDel="00000000" w:rsidP="00000000" w:rsidRDefault="00000000" w:rsidRPr="00000000" w14:paraId="00000075">
      <w:pPr>
        <w:rPr/>
      </w:pPr>
      <w:r w:rsidDel="00000000" w:rsidR="00000000" w:rsidRPr="00000000">
        <w:rPr>
          <w:rtl w:val="0"/>
        </w:rPr>
        <w:t xml:space="preserve">[Begin synthesis here.]</w:t>
      </w:r>
    </w:p>
    <w:p w:rsidR="00000000" w:rsidDel="00000000" w:rsidP="00000000" w:rsidRDefault="00000000" w:rsidRPr="00000000" w14:paraId="00000076">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Review of Methodology</w:t>
      </w:r>
    </w:p>
    <w:p w:rsidR="00000000" w:rsidDel="00000000" w:rsidP="00000000" w:rsidRDefault="00000000" w:rsidRPr="00000000" w14:paraId="00000077">
      <w:pPr>
        <w:rPr/>
      </w:pPr>
      <w:r w:rsidDel="00000000" w:rsidR="00000000" w:rsidRPr="00000000">
        <w:rPr>
          <w:rtl w:val="0"/>
        </w:rPr>
        <w:t xml:space="preserve">[Examine how prior researchers have investigated the phenomenon, including relevant research designs, methods, participants, data sources, and approaches to analysis. Identify methodological patterns, strengths, limitations, and gaps that inform the approach selected for the present study.] </w:t>
      </w:r>
    </w:p>
    <w:p w:rsidR="00000000" w:rsidDel="00000000" w:rsidP="00000000" w:rsidRDefault="00000000" w:rsidRPr="00000000" w14:paraId="00000078">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Synthesis and Gap in the Literature</w:t>
      </w:r>
    </w:p>
    <w:p w:rsidR="00000000" w:rsidDel="00000000" w:rsidP="00000000" w:rsidRDefault="00000000" w:rsidRPr="00000000" w14:paraId="00000079">
      <w:pPr>
        <w:rPr/>
      </w:pPr>
      <w:r w:rsidDel="00000000" w:rsidR="00000000" w:rsidRPr="00000000">
        <w:rPr>
          <w:rtl w:val="0"/>
        </w:rPr>
        <w:t xml:space="preserve">[Synthesize the literature and identify the specific gap the dissertation addresses. Explain how the gap leads logically to the research/project questions.]</w:t>
      </w:r>
    </w:p>
    <w:p w:rsidR="00000000" w:rsidDel="00000000" w:rsidP="00000000" w:rsidRDefault="00000000" w:rsidRPr="00000000" w14:paraId="0000007A">
      <w:pPr>
        <w:rPr/>
      </w:pPr>
      <w:r w:rsidDel="00000000" w:rsidR="00000000" w:rsidRPr="00000000">
        <w:br w:type="page"/>
      </w:r>
      <w:r w:rsidDel="00000000" w:rsidR="00000000" w:rsidRPr="00000000">
        <w:rPr>
          <w:rtl w:val="0"/>
        </w:rPr>
      </w:r>
    </w:p>
    <w:p w:rsidR="00000000" w:rsidDel="00000000" w:rsidP="00000000" w:rsidRDefault="00000000" w:rsidRPr="00000000" w14:paraId="0000007B">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CHAPTER 3</w:t>
      </w:r>
    </w:p>
    <w:p w:rsidR="00000000" w:rsidDel="00000000" w:rsidP="00000000" w:rsidRDefault="00000000" w:rsidRPr="00000000" w14:paraId="0000007C">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METHODOLOGY</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Use the chapter title that best matches the approved project/study design and program expectations. For empirical research, clearly identify the research design and philosophical/methodological foundations.</w:t>
      </w:r>
    </w:p>
    <w:p w:rsidR="00000000" w:rsidDel="00000000" w:rsidP="00000000" w:rsidRDefault="00000000" w:rsidRPr="00000000" w14:paraId="0000007E">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Introduction</w:t>
      </w:r>
    </w:p>
    <w:p w:rsidR="00000000" w:rsidDel="00000000" w:rsidP="00000000" w:rsidRDefault="00000000" w:rsidRPr="00000000" w14:paraId="0000007F">
      <w:pPr>
        <w:rPr/>
      </w:pPr>
      <w:r w:rsidDel="00000000" w:rsidR="00000000" w:rsidRPr="00000000">
        <w:rPr>
          <w:rtl w:val="0"/>
        </w:rPr>
        <w:t xml:space="preserve">[Briefly introduce the purpose of the chapter. Remind the reader of the purpose of the study and the research questions. Provide a brief overview of the methodology and the organization of the chapter.]</w:t>
      </w:r>
    </w:p>
    <w:p w:rsidR="00000000" w:rsidDel="00000000" w:rsidP="00000000" w:rsidRDefault="00000000" w:rsidRPr="00000000" w14:paraId="00000080">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Research Design</w:t>
      </w:r>
    </w:p>
    <w:p w:rsidR="00000000" w:rsidDel="00000000" w:rsidP="00000000" w:rsidRDefault="00000000" w:rsidRPr="00000000" w14:paraId="00000081">
      <w:pPr>
        <w:rPr/>
      </w:pPr>
      <w:r w:rsidDel="00000000" w:rsidR="00000000" w:rsidRPr="00000000">
        <w:rPr>
          <w:rtl w:val="0"/>
        </w:rPr>
        <w:t xml:space="preserve">[Identify the research design or methodological approach used in the study. Explain the philosophical, theoretical, or methodological foundation supporting the design, as appropriate. Explain why the selected design is appropriate for addressing the problem and answering the research questions.]</w:t>
      </w:r>
    </w:p>
    <w:p w:rsidR="00000000" w:rsidDel="00000000" w:rsidP="00000000" w:rsidRDefault="00000000" w:rsidRPr="00000000" w14:paraId="00000082">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Settings and Context</w:t>
      </w:r>
    </w:p>
    <w:p w:rsidR="00000000" w:rsidDel="00000000" w:rsidP="00000000" w:rsidRDefault="00000000" w:rsidRPr="00000000" w14:paraId="00000083">
      <w:pPr>
        <w:rPr/>
      </w:pPr>
      <w:r w:rsidDel="00000000" w:rsidR="00000000" w:rsidRPr="00000000">
        <w:rPr>
          <w:rtl w:val="0"/>
        </w:rPr>
        <w:t xml:space="preserve">[Describe the setting, organization, institution, community, or other context in which the study/project takes place. Include only information necessary for the reader to understand the context of the study/project.]</w:t>
      </w:r>
    </w:p>
    <w:p w:rsidR="00000000" w:rsidDel="00000000" w:rsidP="00000000" w:rsidRDefault="00000000" w:rsidRPr="00000000" w14:paraId="00000084">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Participants and Sampling</w:t>
      </w:r>
    </w:p>
    <w:p w:rsidR="00000000" w:rsidDel="00000000" w:rsidP="00000000" w:rsidRDefault="00000000" w:rsidRPr="00000000" w14:paraId="00000085">
      <w:pPr>
        <w:rPr/>
      </w:pPr>
      <w:r w:rsidDel="00000000" w:rsidR="00000000" w:rsidRPr="00000000">
        <w:rPr>
          <w:rtl w:val="0"/>
        </w:rPr>
        <w:t xml:space="preserve">[Describe the population and participants involved in the study. Explain the sampling or participant-selection strategy, eligibility criteria, recruitment procedures, and number of participants. Describe relevant participant characteristics as appropriate.]</w:t>
      </w:r>
    </w:p>
    <w:p w:rsidR="00000000" w:rsidDel="00000000" w:rsidP="00000000" w:rsidRDefault="00000000" w:rsidRPr="00000000" w14:paraId="00000086">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Data Collection</w:t>
      </w:r>
    </w:p>
    <w:p w:rsidR="00000000" w:rsidDel="00000000" w:rsidP="00000000" w:rsidRDefault="00000000" w:rsidRPr="00000000" w14:paraId="00000087">
      <w:pPr>
        <w:rPr/>
      </w:pPr>
      <w:r w:rsidDel="00000000" w:rsidR="00000000" w:rsidRPr="00000000">
        <w:rPr>
          <w:rtl w:val="0"/>
        </w:rPr>
        <w:t xml:space="preserve">[Describe what data were collected and how, when, where, and by whom the data were collected. Describe the instruments, interview protocols, surveys, observations, documents, artifacts, or other sources of data used in the study/project. Explain why the selected data-collection methods were appropriate for addressing the research questions.]</w:t>
      </w:r>
    </w:p>
    <w:p w:rsidR="00000000" w:rsidDel="00000000" w:rsidP="00000000" w:rsidRDefault="00000000" w:rsidRPr="00000000" w14:paraId="00000088">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Data Analysis</w:t>
      </w:r>
    </w:p>
    <w:p w:rsidR="00000000" w:rsidDel="00000000" w:rsidP="00000000" w:rsidRDefault="00000000" w:rsidRPr="00000000" w14:paraId="00000089">
      <w:pPr>
        <w:rPr/>
      </w:pPr>
      <w:r w:rsidDel="00000000" w:rsidR="00000000" w:rsidRPr="00000000">
        <w:rPr>
          <w:rtl w:val="0"/>
        </w:rPr>
        <w:t xml:space="preserve">[Describe the process used to organize, code, analyze, and interpret the data. Explain the specific analytic procedures used and how the analysis addressed each research question. For qualitative studies, describe the coding and theme-development process. For quantitative studies, describe the statistical procedures. For mixed-methods studies, describe the analysis of each strand and how the findings were integrated.]</w:t>
      </w:r>
    </w:p>
    <w:p w:rsidR="00000000" w:rsidDel="00000000" w:rsidP="00000000" w:rsidRDefault="00000000" w:rsidRPr="00000000" w14:paraId="0000008A">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Trustworthiness, Validity, and Reliability</w:t>
      </w:r>
    </w:p>
    <w:p w:rsidR="00000000" w:rsidDel="00000000" w:rsidP="00000000" w:rsidRDefault="00000000" w:rsidRPr="00000000" w14:paraId="0000008B">
      <w:pPr>
        <w:rPr/>
      </w:pPr>
      <w:r w:rsidDel="00000000" w:rsidR="00000000" w:rsidRPr="00000000">
        <w:rPr>
          <w:rtl w:val="0"/>
        </w:rPr>
        <w:t xml:space="preserve">[Explain the procedures used to establish the quality and rigor of the study/project. Use terminology appropriate to the selected methodology.]</w:t>
      </w:r>
    </w:p>
    <w:p w:rsidR="00000000" w:rsidDel="00000000" w:rsidP="00000000" w:rsidRDefault="00000000" w:rsidRPr="00000000" w14:paraId="0000008C">
      <w:pPr>
        <w:rPr/>
      </w:pPr>
      <w:r w:rsidDel="00000000" w:rsidR="00000000" w:rsidRPr="00000000">
        <w:rPr>
          <w:rtl w:val="0"/>
        </w:rPr>
        <w:t xml:space="preserve">[For qualitative studies, address credibility, dependability, confirmability, and transferability, as appropriate. Describe strategies such as member checking, triangulation, audit trails, peer debriefing, reflexivity, or bracketing when applicable.]</w:t>
      </w:r>
    </w:p>
    <w:p w:rsidR="00000000" w:rsidDel="00000000" w:rsidP="00000000" w:rsidRDefault="00000000" w:rsidRPr="00000000" w14:paraId="0000008D">
      <w:pPr>
        <w:rPr/>
      </w:pPr>
      <w:r w:rsidDel="00000000" w:rsidR="00000000" w:rsidRPr="00000000">
        <w:rPr>
          <w:rtl w:val="0"/>
        </w:rPr>
        <w:t xml:space="preserve">[For quantitative studies, address the reliability and validity of instruments and measures.]</w:t>
      </w:r>
    </w:p>
    <w:p w:rsidR="00000000" w:rsidDel="00000000" w:rsidP="00000000" w:rsidRDefault="00000000" w:rsidRPr="00000000" w14:paraId="0000008E">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Ethical Considerations</w:t>
      </w:r>
    </w:p>
    <w:p w:rsidR="00000000" w:rsidDel="00000000" w:rsidP="00000000" w:rsidRDefault="00000000" w:rsidRPr="00000000" w14:paraId="0000008F">
      <w:pPr>
        <w:rPr/>
      </w:pPr>
      <w:r w:rsidDel="00000000" w:rsidR="00000000" w:rsidRPr="00000000">
        <w:rPr>
          <w:rtl w:val="0"/>
        </w:rPr>
        <w:t xml:space="preserve">[Describe the ethical considerations associated with the study/project and the steps taken to protect participants, organizations, and data.]</w:t>
      </w:r>
    </w:p>
    <w:p w:rsidR="00000000" w:rsidDel="00000000" w:rsidP="00000000" w:rsidRDefault="00000000" w:rsidRPr="00000000" w14:paraId="00000090">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Institutional Review Board Approval</w:t>
      </w:r>
    </w:p>
    <w:p w:rsidR="00000000" w:rsidDel="00000000" w:rsidP="00000000" w:rsidRDefault="00000000" w:rsidRPr="00000000" w14:paraId="00000091">
      <w:pPr>
        <w:rPr/>
      </w:pPr>
      <w:r w:rsidDel="00000000" w:rsidR="00000000" w:rsidRPr="00000000">
        <w:rPr>
          <w:rtl w:val="0"/>
        </w:rPr>
        <w:t xml:space="preserve">[Describe the applicable IRB/research approval process and identify the approval obtained before data collection, as appropriate.]</w:t>
      </w:r>
    </w:p>
    <w:p w:rsidR="00000000" w:rsidDel="00000000" w:rsidP="00000000" w:rsidRDefault="00000000" w:rsidRPr="00000000" w14:paraId="00000092">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Informed Consent</w:t>
      </w:r>
    </w:p>
    <w:p w:rsidR="00000000" w:rsidDel="00000000" w:rsidP="00000000" w:rsidRDefault="00000000" w:rsidRPr="00000000" w14:paraId="00000093">
      <w:pPr>
        <w:rPr/>
      </w:pPr>
      <w:r w:rsidDel="00000000" w:rsidR="00000000" w:rsidRPr="00000000">
        <w:rPr>
          <w:rtl w:val="0"/>
        </w:rPr>
        <w:t xml:space="preserve">[Describe how participants were informed about the study/project, their rights as participants, the voluntary nature of participation, and the consent process.]</w:t>
      </w:r>
    </w:p>
    <w:p w:rsidR="00000000" w:rsidDel="00000000" w:rsidP="00000000" w:rsidRDefault="00000000" w:rsidRPr="00000000" w14:paraId="00000094">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Confidentiality and Data Security</w:t>
      </w:r>
    </w:p>
    <w:p w:rsidR="00000000" w:rsidDel="00000000" w:rsidP="00000000" w:rsidRDefault="00000000" w:rsidRPr="00000000" w14:paraId="00000095">
      <w:pPr>
        <w:rPr/>
      </w:pPr>
      <w:r w:rsidDel="00000000" w:rsidR="00000000" w:rsidRPr="00000000">
        <w:rPr>
          <w:rtl w:val="0"/>
        </w:rPr>
        <w:t xml:space="preserve">[Describe how participant identities and organizational information were protected and how research data were stored, accessed, and secured.]</w:t>
      </w:r>
    </w:p>
    <w:p w:rsidR="00000000" w:rsidDel="00000000" w:rsidP="00000000" w:rsidRDefault="00000000" w:rsidRPr="00000000" w14:paraId="00000096">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Risks and Protections</w:t>
      </w:r>
    </w:p>
    <w:p w:rsidR="00000000" w:rsidDel="00000000" w:rsidP="00000000" w:rsidRDefault="00000000" w:rsidRPr="00000000" w14:paraId="00000097">
      <w:pPr>
        <w:rPr/>
      </w:pPr>
      <w:r w:rsidDel="00000000" w:rsidR="00000000" w:rsidRPr="00000000">
        <w:rPr>
          <w:rtl w:val="0"/>
        </w:rPr>
        <w:t xml:space="preserve">[Identify potential risks to participants or organizations and describe the procedures used to minimize or eliminate those risks.]</w:t>
      </w:r>
    </w:p>
    <w:p w:rsidR="00000000" w:rsidDel="00000000" w:rsidP="00000000" w:rsidRDefault="00000000" w:rsidRPr="00000000" w14:paraId="00000098">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Role of the Researcher</w:t>
      </w:r>
    </w:p>
    <w:p w:rsidR="00000000" w:rsidDel="00000000" w:rsidP="00000000" w:rsidRDefault="00000000" w:rsidRPr="00000000" w14:paraId="00000099">
      <w:pPr>
        <w:rPr/>
      </w:pPr>
      <w:r w:rsidDel="00000000" w:rsidR="00000000" w:rsidRPr="00000000">
        <w:rPr>
          <w:rtl w:val="0"/>
        </w:rPr>
        <w:t xml:space="preserve">[Describe the researcher's role in the study/project, including relevant positionality, relationship to the setting or participants, assumptions, potential biases, and steps taken to address them. For qualitative studies, describe reflexivity and/or bracketing as appropriate.]</w:t>
      </w:r>
    </w:p>
    <w:p w:rsidR="00000000" w:rsidDel="00000000" w:rsidP="00000000" w:rsidRDefault="00000000" w:rsidRPr="00000000" w14:paraId="0000009A">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Chapter Summary</w:t>
      </w:r>
    </w:p>
    <w:p w:rsidR="00000000" w:rsidDel="00000000" w:rsidP="00000000" w:rsidRDefault="00000000" w:rsidRPr="00000000" w14:paraId="0000009B">
      <w:pPr>
        <w:rPr/>
      </w:pPr>
      <w:r w:rsidDel="00000000" w:rsidR="00000000" w:rsidRPr="00000000">
        <w:rPr>
          <w:rtl w:val="0"/>
        </w:rPr>
        <w:t xml:space="preserve">[Briefly summarize the methodology presented in this chapter and transition the reader to Chapter 4.]</w:t>
      </w:r>
    </w:p>
    <w:p w:rsidR="00000000" w:rsidDel="00000000" w:rsidP="00000000" w:rsidRDefault="00000000" w:rsidRPr="00000000" w14:paraId="0000009C">
      <w:pPr>
        <w:spacing w:after="200" w:line="276" w:lineRule="auto"/>
        <w:ind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9D">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PROPOSAL CHECKPOINT</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For the proposal, Chapters 1–3 constitute the core dissertation proposal. Chapters 4 and 5 are completed after the project/study has been conducted and analyzed. This page should be removed in the final dissertation sub</w:t>
      </w:r>
      <w:r w:rsidDel="00000000" w:rsidR="00000000" w:rsidRPr="00000000">
        <w:rPr>
          <w:i w:val="1"/>
          <w:iCs w:val="1"/>
          <w:sz w:val="20"/>
          <w:szCs w:val="20"/>
          <w:rtl w:val="0"/>
        </w:rPr>
        <w:t xml:space="preserve">mission.</w:t>
      </w:r>
      <w:r w:rsidDel="00000000" w:rsidR="00000000" w:rsidRPr="00000000">
        <w:rPr>
          <w:rtl w:val="0"/>
        </w:rPr>
      </w:r>
    </w:p>
    <w:p w:rsidR="00000000" w:rsidDel="00000000" w:rsidP="00000000" w:rsidRDefault="00000000" w:rsidRPr="00000000" w14:paraId="0000009F">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Proposal Components Checklist</w:t>
      </w:r>
    </w:p>
    <w:p w:rsidR="00000000" w:rsidDel="00000000" w:rsidP="00000000" w:rsidRDefault="00000000" w:rsidRPr="00000000" w14:paraId="000000A0">
      <w:pPr>
        <w:ind w:firstLine="0"/>
        <w:rPr/>
      </w:pPr>
      <w:sdt>
        <w:sdtPr>
          <w:id w:val="402362992"/>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Chapter 1: Introduction / Problem to Be Investigated</w:t>
      </w:r>
    </w:p>
    <w:p w:rsidR="00000000" w:rsidDel="00000000" w:rsidP="00000000" w:rsidRDefault="00000000" w:rsidRPr="00000000" w14:paraId="000000A1">
      <w:pPr>
        <w:ind w:firstLine="0"/>
        <w:rPr/>
      </w:pPr>
      <w:sdt>
        <w:sdtPr>
          <w:id w:val="-474593619"/>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Chapter 2: Review of the Literature</w:t>
      </w:r>
    </w:p>
    <w:p w:rsidR="00000000" w:rsidDel="00000000" w:rsidP="00000000" w:rsidRDefault="00000000" w:rsidRPr="00000000" w14:paraId="000000A2">
      <w:pPr>
        <w:ind w:firstLine="0"/>
        <w:rPr/>
      </w:pPr>
      <w:sdt>
        <w:sdtPr>
          <w:id w:val="-1424427159"/>
          <w:tag w:val="goog_rdk_1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Chapter 3: Methodology</w:t>
      </w:r>
    </w:p>
    <w:p w:rsidR="00000000" w:rsidDel="00000000" w:rsidP="00000000" w:rsidRDefault="00000000" w:rsidRPr="00000000" w14:paraId="000000A3">
      <w:pPr>
        <w:ind w:firstLine="0"/>
        <w:rPr/>
      </w:pPr>
      <w:sdt>
        <w:sdtPr>
          <w:id w:val="501386331"/>
          <w:tag w:val="goog_rdk_1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References</w:t>
      </w:r>
    </w:p>
    <w:p w:rsidR="00000000" w:rsidDel="00000000" w:rsidP="00000000" w:rsidRDefault="00000000" w:rsidRPr="00000000" w14:paraId="000000A4">
      <w:pPr>
        <w:ind w:firstLine="0"/>
        <w:rPr/>
      </w:pPr>
      <w:sdt>
        <w:sdtPr>
          <w:id w:val="-451795575"/>
          <w:tag w:val="goog_rdk_1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Required appendices and approval documents</w:t>
      </w:r>
    </w:p>
    <w:p w:rsidR="00000000" w:rsidDel="00000000" w:rsidP="00000000" w:rsidRDefault="00000000" w:rsidRPr="00000000" w14:paraId="000000A5">
      <w:pPr>
        <w:rPr/>
      </w:pPr>
      <w:r w:rsidDel="00000000" w:rsidR="00000000" w:rsidRPr="00000000">
        <w:br w:type="page"/>
      </w:r>
      <w:r w:rsidDel="00000000" w:rsidR="00000000" w:rsidRPr="00000000">
        <w:rPr>
          <w:rtl w:val="0"/>
        </w:rPr>
      </w:r>
    </w:p>
    <w:p w:rsidR="00000000" w:rsidDel="00000000" w:rsidP="00000000" w:rsidRDefault="00000000" w:rsidRPr="00000000" w14:paraId="000000A6">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CHAPTER 4</w:t>
      </w:r>
    </w:p>
    <w:p w:rsidR="00000000" w:rsidDel="00000000" w:rsidP="00000000" w:rsidRDefault="00000000" w:rsidRPr="00000000" w14:paraId="000000A7">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RESULTS / FINDINGS</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Complete after the project/study has been conducted. Present results/findings without duplicating the interpretation that belongs in Chapter 5, while maintaining appropriate integration with the research/project questions.</w:t>
      </w:r>
    </w:p>
    <w:p w:rsidR="00000000" w:rsidDel="00000000" w:rsidP="00000000" w:rsidRDefault="00000000" w:rsidRPr="00000000" w14:paraId="000000A9">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Introduction</w:t>
      </w:r>
    </w:p>
    <w:p w:rsidR="00000000" w:rsidDel="00000000" w:rsidP="00000000" w:rsidRDefault="00000000" w:rsidRPr="00000000" w14:paraId="000000AA">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Participants and/or Data Overview</w:t>
      </w:r>
    </w:p>
    <w:p w:rsidR="00000000" w:rsidDel="00000000" w:rsidP="00000000" w:rsidRDefault="00000000" w:rsidRPr="00000000" w14:paraId="000000AB">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Results / Findings by Research Question</w:t>
      </w:r>
    </w:p>
    <w:p w:rsidR="00000000" w:rsidDel="00000000" w:rsidP="00000000" w:rsidRDefault="00000000" w:rsidRPr="00000000" w14:paraId="000000AC">
      <w:pPr>
        <w:rPr/>
      </w:pPr>
      <w:r w:rsidDel="00000000" w:rsidR="00000000" w:rsidRPr="00000000">
        <w:rPr>
          <w:rtl w:val="0"/>
        </w:rPr>
        <w:t xml:space="preserve">[Present the results/findings of the completed project or study. Organize them in a way that directly addresses the research/project questions.]</w:t>
      </w:r>
    </w:p>
    <w:p w:rsidR="00000000" w:rsidDel="00000000" w:rsidP="00000000" w:rsidRDefault="00000000" w:rsidRPr="00000000" w14:paraId="000000AD">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[Result/Theme/Finding 1]</w:t>
      </w:r>
    </w:p>
    <w:p w:rsidR="00000000" w:rsidDel="00000000" w:rsidP="00000000" w:rsidRDefault="00000000" w:rsidRPr="00000000" w14:paraId="000000AE">
      <w:pPr>
        <w:rPr/>
      </w:pPr>
      <w:r w:rsidDel="00000000" w:rsidR="00000000" w:rsidRPr="00000000">
        <w:rPr>
          <w:rtl w:val="0"/>
        </w:rPr>
        <w:t xml:space="preserve">[Present supporting evidence.]</w:t>
      </w:r>
    </w:p>
    <w:p w:rsidR="00000000" w:rsidDel="00000000" w:rsidP="00000000" w:rsidRDefault="00000000" w:rsidRPr="00000000" w14:paraId="000000AF">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[Result/Theme/Finding 2]</w:t>
      </w:r>
    </w:p>
    <w:p w:rsidR="00000000" w:rsidDel="00000000" w:rsidP="00000000" w:rsidRDefault="00000000" w:rsidRPr="00000000" w14:paraId="000000B0">
      <w:pPr>
        <w:rPr/>
      </w:pPr>
      <w:r w:rsidDel="00000000" w:rsidR="00000000" w:rsidRPr="00000000">
        <w:rPr>
          <w:rtl w:val="0"/>
        </w:rPr>
        <w:t xml:space="preserve">[Present supporting evidence.]</w:t>
      </w:r>
    </w:p>
    <w:p w:rsidR="00000000" w:rsidDel="00000000" w:rsidP="00000000" w:rsidRDefault="00000000" w:rsidRPr="00000000" w14:paraId="000000B1">
      <w:pPr>
        <w:pStyle w:val="Heading3"/>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[Result/Theme/Finding 3]</w:t>
      </w:r>
    </w:p>
    <w:p w:rsidR="00000000" w:rsidDel="00000000" w:rsidP="00000000" w:rsidRDefault="00000000" w:rsidRPr="00000000" w14:paraId="000000B2">
      <w:pPr>
        <w:rPr/>
      </w:pPr>
      <w:r w:rsidDel="00000000" w:rsidR="00000000" w:rsidRPr="00000000">
        <w:rPr>
          <w:rtl w:val="0"/>
        </w:rPr>
        <w:t xml:space="preserve">[Present supporting evidence.]</w:t>
      </w:r>
    </w:p>
    <w:p w:rsidR="00000000" w:rsidDel="00000000" w:rsidP="00000000" w:rsidRDefault="00000000" w:rsidRPr="00000000" w14:paraId="000000B3">
      <w:pPr>
        <w:pStyle w:val="Heading2"/>
        <w:rPr>
          <w:rFonts w:ascii="Times New Roman" w:cs="Times New Roman" w:eastAsia="Times New Roman" w:hAnsi="Times New Roman"/>
          <w:color w:val="000000"/>
        </w:rPr>
      </w:pPr>
      <w:bookmarkStart w:colFirst="0" w:colLast="0" w:name="_heading=h.p6fi7dwql0mc" w:id="6"/>
      <w:bookmarkEnd w:id="6"/>
      <w:r w:rsidDel="00000000" w:rsidR="00000000" w:rsidRPr="00000000">
        <w:rPr>
          <w:rFonts w:ascii="Times New Roman" w:cs="Times New Roman" w:eastAsia="Times New Roman" w:hAnsi="Times New Roman"/>
          <w:color w:val="000000"/>
          <w:rtl w:val="0"/>
        </w:rPr>
        <w:t xml:space="preserve">Additional Findings (if applicable)</w:t>
      </w:r>
    </w:p>
    <w:p w:rsidR="00000000" w:rsidDel="00000000" w:rsidP="00000000" w:rsidRDefault="00000000" w:rsidRPr="00000000" w14:paraId="000000B4">
      <w:pPr>
        <w:pStyle w:val="Heading2"/>
        <w:ind w:firstLine="0"/>
        <w:rPr>
          <w:rFonts w:ascii="Times New Roman" w:cs="Times New Roman" w:eastAsia="Times New Roman" w:hAnsi="Times New Roman"/>
          <w:color w:val="000000"/>
        </w:rPr>
      </w:pPr>
      <w:bookmarkStart w:colFirst="0" w:colLast="0" w:name="_heading=h.yg7t5vsa14wm" w:id="7"/>
      <w:bookmarkEnd w:id="7"/>
      <w:r w:rsidDel="00000000" w:rsidR="00000000" w:rsidRPr="00000000">
        <w:rPr>
          <w:rFonts w:ascii="Times New Roman" w:cs="Times New Roman" w:eastAsia="Times New Roman" w:hAnsi="Times New Roman"/>
          <w:color w:val="000000"/>
          <w:rtl w:val="0"/>
        </w:rPr>
        <w:t xml:space="preserve">Chapter Summary</w:t>
      </w:r>
    </w:p>
    <w:p w:rsidR="00000000" w:rsidDel="00000000" w:rsidP="00000000" w:rsidRDefault="00000000" w:rsidRPr="00000000" w14:paraId="000000B5">
      <w:pPr>
        <w:rPr/>
      </w:pPr>
      <w:r w:rsidDel="00000000" w:rsidR="00000000" w:rsidRPr="00000000">
        <w:br w:type="page"/>
      </w:r>
      <w:r w:rsidDel="00000000" w:rsidR="00000000" w:rsidRPr="00000000">
        <w:rPr>
          <w:rtl w:val="0"/>
        </w:rPr>
      </w:r>
    </w:p>
    <w:p w:rsidR="00000000" w:rsidDel="00000000" w:rsidP="00000000" w:rsidRDefault="00000000" w:rsidRPr="00000000" w14:paraId="000000B6">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CHAPTER 5</w:t>
      </w:r>
    </w:p>
    <w:p w:rsidR="00000000" w:rsidDel="00000000" w:rsidP="00000000" w:rsidRDefault="00000000" w:rsidRPr="00000000" w14:paraId="000000B7">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DISCUSSION</w:t>
      </w:r>
    </w:p>
    <w:p w:rsidR="00000000" w:rsidDel="00000000" w:rsidP="00000000" w:rsidRDefault="00000000" w:rsidRPr="00000000" w14:paraId="000000B8">
      <w:pPr>
        <w:rPr/>
      </w:pPr>
      <w:r w:rsidDel="00000000" w:rsidR="00000000" w:rsidRPr="00000000">
        <w:rPr>
          <w:i w:val="1"/>
          <w:iCs w:val="1"/>
          <w:sz w:val="20"/>
          <w:szCs w:val="20"/>
          <w:rtl w:val="0"/>
        </w:rPr>
        <w:t xml:space="preserve">[Interpret the findings rather than simply repeating the results presented in Chapter 4. Connect the findings to the research questions, theoretical or conceptual framework, and relevant literature, and explain their implications for practice and future research.]</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B9">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Discussion of Findings</w:t>
      </w:r>
    </w:p>
    <w:p w:rsidR="00000000" w:rsidDel="00000000" w:rsidP="00000000" w:rsidRDefault="00000000" w:rsidRPr="00000000" w14:paraId="000000BA">
      <w:pPr>
        <w:rPr/>
      </w:pPr>
      <w:r w:rsidDel="00000000" w:rsidR="00000000" w:rsidRPr="00000000">
        <w:rPr>
          <w:rtl w:val="0"/>
        </w:rPr>
        <w:t xml:space="preserve">[Interpret the findings and explain their meaning and significance in relation to the literature, framework, context, and research/project questions.]</w:t>
      </w:r>
    </w:p>
    <w:p w:rsidR="00000000" w:rsidDel="00000000" w:rsidP="00000000" w:rsidRDefault="00000000" w:rsidRPr="00000000" w14:paraId="000000BB">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Recommendations for Practice</w:t>
      </w:r>
    </w:p>
    <w:p w:rsidR="00000000" w:rsidDel="00000000" w:rsidP="00000000" w:rsidRDefault="00000000" w:rsidRPr="00000000" w14:paraId="000000BC">
      <w:pPr>
        <w:rPr/>
      </w:pPr>
      <w:r w:rsidDel="00000000" w:rsidR="00000000" w:rsidRPr="00000000">
        <w:rPr>
          <w:rtl w:val="0"/>
        </w:rPr>
        <w:t xml:space="preserve">[Provide evidence-based recommendations for practice, implementation, leadership, policy, or organizational improvement as appropriate.]</w:t>
      </w:r>
    </w:p>
    <w:p w:rsidR="00000000" w:rsidDel="00000000" w:rsidP="00000000" w:rsidRDefault="00000000" w:rsidRPr="00000000" w14:paraId="000000BD">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Recommendations for Future Research</w:t>
      </w:r>
    </w:p>
    <w:p w:rsidR="00000000" w:rsidDel="00000000" w:rsidP="00000000" w:rsidRDefault="00000000" w:rsidRPr="00000000" w14:paraId="000000BE">
      <w:pPr>
        <w:rPr/>
      </w:pPr>
      <w:r w:rsidDel="00000000" w:rsidR="00000000" w:rsidRPr="00000000">
        <w:rPr>
          <w:rtl w:val="0"/>
        </w:rPr>
        <w:t xml:space="preserve">[Identify logical next steps for research based on the findings, limitations, and remaining gaps.]</w:t>
      </w:r>
    </w:p>
    <w:p w:rsidR="00000000" w:rsidDel="00000000" w:rsidP="00000000" w:rsidRDefault="00000000" w:rsidRPr="00000000" w14:paraId="000000BF">
      <w:pPr>
        <w:pStyle w:val="Heading2"/>
        <w:rPr>
          <w:rFonts w:ascii="Times New Roman" w:cs="Times New Roman" w:eastAsia="Times New Roman" w:hAnsi="Times New Roman"/>
          <w:color w:val="000000"/>
        </w:rPr>
      </w:pPr>
      <w:bookmarkStart w:colFirst="0" w:colLast="0" w:name="_heading=h.9rexcxkb8xgk" w:id="8"/>
      <w:bookmarkEnd w:id="8"/>
      <w:r w:rsidDel="00000000" w:rsidR="00000000" w:rsidRPr="00000000">
        <w:rPr>
          <w:rFonts w:ascii="Times New Roman" w:cs="Times New Roman" w:eastAsia="Times New Roman" w:hAnsi="Times New Roman"/>
          <w:color w:val="000000"/>
          <w:rtl w:val="0"/>
        </w:rPr>
        <w:t xml:space="preserve">Limitations of the Study</w:t>
      </w:r>
    </w:p>
    <w:p w:rsidR="00000000" w:rsidDel="00000000" w:rsidP="00000000" w:rsidRDefault="00000000" w:rsidRPr="00000000" w14:paraId="000000C0">
      <w:pPr>
        <w:pStyle w:val="Heading2"/>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[Discuss unresolved problems, weaknesses, constraints, and factors that should be considered when interpreting the findings.]</w:t>
      </w:r>
    </w:p>
    <w:p w:rsidR="00000000" w:rsidDel="00000000" w:rsidP="00000000" w:rsidRDefault="00000000" w:rsidRPr="00000000" w14:paraId="000000C1">
      <w:pPr>
        <w:pStyle w:val="Heading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Conclusion</w:t>
      </w:r>
    </w:p>
    <w:p w:rsidR="00000000" w:rsidDel="00000000" w:rsidP="00000000" w:rsidRDefault="00000000" w:rsidRPr="00000000" w14:paraId="000000C2">
      <w:pPr>
        <w:rPr/>
      </w:pPr>
      <w:r w:rsidDel="00000000" w:rsidR="00000000" w:rsidRPr="00000000">
        <w:rPr>
          <w:rtl w:val="0"/>
        </w:rPr>
        <w:t xml:space="preserve">[Provide a concise closing synthesis of the dissertation’s central contribution.]</w:t>
      </w:r>
    </w:p>
    <w:p w:rsidR="00000000" w:rsidDel="00000000" w:rsidP="00000000" w:rsidRDefault="00000000" w:rsidRPr="00000000" w14:paraId="000000C3">
      <w:pPr>
        <w:rPr/>
      </w:pPr>
      <w:r w:rsidDel="00000000" w:rsidR="00000000" w:rsidRPr="00000000">
        <w:br w:type="page"/>
      </w:r>
      <w:r w:rsidDel="00000000" w:rsidR="00000000" w:rsidRPr="00000000">
        <w:rPr>
          <w:rtl w:val="0"/>
        </w:rPr>
      </w:r>
    </w:p>
    <w:p w:rsidR="00000000" w:rsidDel="00000000" w:rsidP="00000000" w:rsidRDefault="00000000" w:rsidRPr="00000000" w14:paraId="000000C4">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REFERENCES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Begin each reference flush left. Use a 0.5-inch hanging indent for subsequent lines. Double-space the reference list. Include only sources cited in the dissertation.</w:t>
      </w:r>
    </w:p>
    <w:p w:rsidR="00000000" w:rsidDel="00000000" w:rsidP="00000000" w:rsidRDefault="00000000" w:rsidRPr="00000000" w14:paraId="000000C6">
      <w:pPr>
        <w:rPr/>
      </w:pPr>
      <w:r w:rsidDel="00000000" w:rsidR="00000000" w:rsidRPr="00000000">
        <w:rPr>
          <w:rtl w:val="0"/>
        </w:rPr>
        <w:t xml:space="preserve">[Begin references here.]</w:t>
      </w:r>
    </w:p>
    <w:p w:rsidR="00000000" w:rsidDel="00000000" w:rsidP="00000000" w:rsidRDefault="00000000" w:rsidRPr="00000000" w14:paraId="000000C7">
      <w:pPr>
        <w:rPr/>
      </w:pPr>
      <w:r w:rsidDel="00000000" w:rsidR="00000000" w:rsidRPr="00000000">
        <w:br w:type="page"/>
      </w:r>
      <w:r w:rsidDel="00000000" w:rsidR="00000000" w:rsidRPr="00000000">
        <w:rPr>
          <w:rtl w:val="0"/>
        </w:rPr>
      </w:r>
    </w:p>
    <w:p w:rsidR="00000000" w:rsidDel="00000000" w:rsidP="00000000" w:rsidRDefault="00000000" w:rsidRPr="00000000" w14:paraId="000000C8">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APPENDICES</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Each appendix begins on a new page. Label appendices in the order they are discussed in the dissertation (e.g., Appendix A, Appendix B). Give each appendix a descriptive title.</w:t>
      </w:r>
    </w:p>
    <w:p w:rsidR="00000000" w:rsidDel="00000000" w:rsidP="00000000" w:rsidRDefault="00000000" w:rsidRPr="00000000" w14:paraId="000000CA">
      <w:pPr>
        <w:ind w:firstLine="0"/>
        <w:rPr/>
      </w:pPr>
      <w:sdt>
        <w:sdtPr>
          <w:id w:val="1136901663"/>
          <w:tag w:val="goog_rdk_1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Saint Mary’s University of Minnesota Research Methods Approval Form</w:t>
      </w:r>
    </w:p>
    <w:p w:rsidR="00000000" w:rsidDel="00000000" w:rsidP="00000000" w:rsidRDefault="00000000" w:rsidRPr="00000000" w14:paraId="000000CB">
      <w:pPr>
        <w:ind w:firstLine="0"/>
        <w:rPr/>
      </w:pPr>
      <w:sdt>
        <w:sdtPr>
          <w:id w:val="251119127"/>
          <w:tag w:val="goog_rdk_1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Approved External Institutional Review Board Letter(s), if applicable</w:t>
      </w:r>
    </w:p>
    <w:p w:rsidR="00000000" w:rsidDel="00000000" w:rsidP="00000000" w:rsidRDefault="00000000" w:rsidRPr="00000000" w14:paraId="000000CC">
      <w:pPr>
        <w:ind w:firstLine="0"/>
        <w:rPr/>
      </w:pPr>
      <w:sdt>
        <w:sdtPr>
          <w:id w:val="1094516060"/>
          <w:tag w:val="goog_rdk_1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Consent Forms, if applicable</w:t>
      </w:r>
    </w:p>
    <w:p w:rsidR="00000000" w:rsidDel="00000000" w:rsidP="00000000" w:rsidRDefault="00000000" w:rsidRPr="00000000" w14:paraId="000000CD">
      <w:pPr>
        <w:ind w:firstLine="0"/>
        <w:rPr/>
      </w:pPr>
      <w:sdt>
        <w:sdtPr>
          <w:id w:val="262004239"/>
          <w:tag w:val="goog_rdk_1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Project Completion Timetable</w:t>
      </w:r>
    </w:p>
    <w:p w:rsidR="00000000" w:rsidDel="00000000" w:rsidP="00000000" w:rsidRDefault="00000000" w:rsidRPr="00000000" w14:paraId="000000CE">
      <w:pPr>
        <w:ind w:firstLine="0"/>
        <w:rPr/>
      </w:pPr>
      <w:sdt>
        <w:sdtPr>
          <w:id w:val="212143373"/>
          <w:tag w:val="goog_rdk_1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Data Collection Instruments</w:t>
      </w:r>
    </w:p>
    <w:p w:rsidR="00000000" w:rsidDel="00000000" w:rsidP="00000000" w:rsidRDefault="00000000" w:rsidRPr="00000000" w14:paraId="000000CF">
      <w:pPr>
        <w:ind w:firstLine="0"/>
        <w:rPr/>
      </w:pPr>
      <w:sdt>
        <w:sdtPr>
          <w:id w:val="-2112944982"/>
          <w:tag w:val="goog_rdk_2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Data Analysis Tools</w:t>
      </w:r>
    </w:p>
    <w:p w:rsidR="00000000" w:rsidDel="00000000" w:rsidP="00000000" w:rsidRDefault="00000000" w:rsidRPr="00000000" w14:paraId="000000D0">
      <w:pPr>
        <w:ind w:firstLine="0"/>
        <w:rPr/>
      </w:pPr>
      <w:sdt>
        <w:sdtPr>
          <w:id w:val="-543478812"/>
          <w:tag w:val="goog_rdk_2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Matrix of Relationships Between Questions and Hypotheses, if applicable</w:t>
      </w:r>
    </w:p>
    <w:p w:rsidR="00000000" w:rsidDel="00000000" w:rsidP="00000000" w:rsidRDefault="00000000" w:rsidRPr="00000000" w14:paraId="000000D1">
      <w:pPr>
        <w:ind w:firstLine="0"/>
        <w:rPr/>
      </w:pPr>
      <w:sdt>
        <w:sdtPr>
          <w:id w:val="1155610186"/>
          <w:tag w:val="goog_rdk_2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Examples of Observation Notes or Interview Transcripts from Pilot Studies or Completed Parts of the Study</w:t>
      </w:r>
    </w:p>
    <w:p w:rsidR="00000000" w:rsidDel="00000000" w:rsidP="00000000" w:rsidRDefault="00000000" w:rsidRPr="00000000" w14:paraId="000000D2">
      <w:pPr>
        <w:ind w:firstLine="0"/>
        <w:rPr/>
      </w:pPr>
      <w:sdt>
        <w:sdtPr>
          <w:id w:val="-1935753066"/>
          <w:tag w:val="goog_rdk_2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Other Supporting Materials, as appropriate</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Appendix A: [Descriptive Title]</w:t>
      </w:r>
    </w:p>
    <w:p w:rsidR="00000000" w:rsidDel="00000000" w:rsidP="00000000" w:rsidRDefault="00000000" w:rsidRPr="00000000" w14:paraId="000000D5">
      <w:pPr>
        <w:rPr/>
      </w:pPr>
      <w:r w:rsidDel="00000000" w:rsidR="00000000" w:rsidRPr="00000000">
        <w:rPr>
          <w:rtl w:val="0"/>
        </w:rPr>
        <w:t xml:space="preserve">[Insert appendix material here.]</w:t>
      </w:r>
    </w:p>
    <w:p w:rsidR="00000000" w:rsidDel="00000000" w:rsidP="00000000" w:rsidRDefault="00000000" w:rsidRPr="00000000" w14:paraId="000000D6">
      <w:pPr>
        <w:rPr/>
      </w:pPr>
      <w:r w:rsidDel="00000000" w:rsidR="00000000" w:rsidRPr="00000000">
        <w:br w:type="page"/>
      </w:r>
      <w:r w:rsidDel="00000000" w:rsidR="00000000" w:rsidRPr="00000000">
        <w:rPr>
          <w:rtl w:val="0"/>
        </w:rPr>
      </w:r>
    </w:p>
    <w:p w:rsidR="00000000" w:rsidDel="00000000" w:rsidP="00000000" w:rsidRDefault="00000000" w:rsidRPr="00000000" w14:paraId="000000D7">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FINAL APA 7 + DISSERTATION CHECKLIST</w:t>
      </w:r>
    </w:p>
    <w:p w:rsidR="00000000" w:rsidDel="00000000" w:rsidP="00000000" w:rsidRDefault="00000000" w:rsidRPr="00000000" w14:paraId="000000D8">
      <w:pPr>
        <w:ind w:firstLine="0"/>
        <w:rPr/>
      </w:pPr>
      <w:sdt>
        <w:sdtPr>
          <w:id w:val="-375456402"/>
          <w:tag w:val="goog_rdk_2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Title page follows Saint Mary’s University of Minnesota requirements.</w:t>
      </w:r>
    </w:p>
    <w:p w:rsidR="00000000" w:rsidDel="00000000" w:rsidP="00000000" w:rsidRDefault="00000000" w:rsidRPr="00000000" w14:paraId="000000D9">
      <w:pPr>
        <w:ind w:firstLine="0"/>
        <w:rPr/>
      </w:pPr>
      <w:sdt>
        <w:sdtPr>
          <w:id w:val="-1069700527"/>
          <w:tag w:val="goog_rdk_2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Committee approval/recommendation page is included as required.</w:t>
      </w:r>
    </w:p>
    <w:p w:rsidR="00000000" w:rsidDel="00000000" w:rsidP="00000000" w:rsidRDefault="00000000" w:rsidRPr="00000000" w14:paraId="000000DA">
      <w:pPr>
        <w:ind w:firstLine="0"/>
        <w:rPr/>
      </w:pPr>
      <w:sdt>
        <w:sdtPr>
          <w:id w:val="-1620123410"/>
          <w:tag w:val="goog_rdk_2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All text is double-spaced unless a specific APA/table/figure convention or university requirement permits otherwise.</w:t>
      </w:r>
    </w:p>
    <w:p w:rsidR="00000000" w:rsidDel="00000000" w:rsidP="00000000" w:rsidRDefault="00000000" w:rsidRPr="00000000" w14:paraId="000000DB">
      <w:pPr>
        <w:ind w:firstLine="0"/>
        <w:rPr/>
      </w:pPr>
      <w:sdt>
        <w:sdtPr>
          <w:id w:val="-174699877"/>
          <w:tag w:val="goog_rdk_2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Margins are 1 inch on all sides.</w:t>
      </w:r>
    </w:p>
    <w:p w:rsidR="00000000" w:rsidDel="00000000" w:rsidP="00000000" w:rsidRDefault="00000000" w:rsidRPr="00000000" w14:paraId="000000DC">
      <w:pPr>
        <w:ind w:firstLine="0"/>
        <w:rPr/>
      </w:pPr>
      <w:sdt>
        <w:sdtPr>
          <w:id w:val="1749962410"/>
          <w:tag w:val="goog_rdk_2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Page numbers are in the upper-right corner; title page treatment follows university requirements.</w:t>
      </w:r>
    </w:p>
    <w:p w:rsidR="00000000" w:rsidDel="00000000" w:rsidP="00000000" w:rsidRDefault="00000000" w:rsidRPr="00000000" w14:paraId="000000DD">
      <w:pPr>
        <w:ind w:firstLine="0"/>
        <w:rPr/>
      </w:pPr>
      <w:sdt>
        <w:sdtPr>
          <w:id w:val="-64512796"/>
          <w:tag w:val="goog_rdk_2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Headings are used consistently and appear in the Table of Contents where required.</w:t>
      </w:r>
    </w:p>
    <w:p w:rsidR="00000000" w:rsidDel="00000000" w:rsidP="00000000" w:rsidRDefault="00000000" w:rsidRPr="00000000" w14:paraId="000000DE">
      <w:pPr>
        <w:ind w:firstLine="0"/>
        <w:rPr/>
      </w:pPr>
      <w:sdt>
        <w:sdtPr>
          <w:id w:val="-338398071"/>
          <w:tag w:val="goog_rdk_3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Tables and figures are numbered consecutively and have appropriate titles/notes.</w:t>
      </w:r>
    </w:p>
    <w:p w:rsidR="00000000" w:rsidDel="00000000" w:rsidP="00000000" w:rsidRDefault="00000000" w:rsidRPr="00000000" w14:paraId="000000DF">
      <w:pPr>
        <w:ind w:firstLine="0"/>
        <w:rPr/>
      </w:pPr>
      <w:sdt>
        <w:sdtPr>
          <w:id w:val="565898973"/>
          <w:tag w:val="goog_rdk_3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All in-text citations have matching reference-list entries, and all reference-list entries are cited in the text.</w:t>
      </w:r>
    </w:p>
    <w:p w:rsidR="00000000" w:rsidDel="00000000" w:rsidP="00000000" w:rsidRDefault="00000000" w:rsidRPr="00000000" w14:paraId="000000E0">
      <w:pPr>
        <w:ind w:firstLine="0"/>
        <w:rPr/>
      </w:pPr>
      <w:sdt>
        <w:sdtPr>
          <w:id w:val="281329062"/>
          <w:tag w:val="goog_rdk_3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APA 7 citation, reference, capitalization, italics, DOI/URL, and quotation conventions have been checked.</w:t>
      </w:r>
    </w:p>
    <w:p w:rsidR="00000000" w:rsidDel="00000000" w:rsidP="00000000" w:rsidRDefault="00000000" w:rsidRPr="00000000" w14:paraId="000000E1">
      <w:pPr>
        <w:ind w:firstLine="0"/>
        <w:rPr/>
      </w:pPr>
      <w:sdt>
        <w:sdtPr>
          <w:id w:val="1004015321"/>
          <w:tag w:val="goog_rdk_3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Research questions are aligned with the problem, purpose, literature, methodology, data collection, analysis, and findings.</w:t>
      </w:r>
    </w:p>
    <w:p w:rsidR="00000000" w:rsidDel="00000000" w:rsidP="00000000" w:rsidRDefault="00000000" w:rsidRPr="00000000" w14:paraId="000000E2">
      <w:pPr>
        <w:ind w:firstLine="0"/>
        <w:rPr/>
      </w:pPr>
      <w:sdt>
        <w:sdtPr>
          <w:id w:val="-1493178970"/>
          <w:tag w:val="goog_rdk_3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Ethical/IRB requirements and required approval documents are included.</w:t>
      </w:r>
    </w:p>
    <w:p w:rsidR="00000000" w:rsidDel="00000000" w:rsidP="00000000" w:rsidRDefault="00000000" w:rsidRPr="00000000" w14:paraId="000000E3">
      <w:pPr>
        <w:ind w:firstLine="0"/>
        <w:rPr/>
      </w:pPr>
      <w:sdt>
        <w:sdtPr>
          <w:id w:val="-772930892"/>
          <w:tag w:val="goog_rdk_3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The role of the researcher, assumptions, values, communication, reality vs. perception, and societal consequences have been considered where relevant.</w:t>
      </w:r>
    </w:p>
    <w:p w:rsidR="00000000" w:rsidDel="00000000" w:rsidP="00000000" w:rsidRDefault="00000000" w:rsidRPr="00000000" w14:paraId="000000E4">
      <w:pPr>
        <w:ind w:firstLine="0"/>
        <w:rPr/>
      </w:pPr>
      <w:sdt>
        <w:sdtPr>
          <w:id w:val="14538843"/>
          <w:tag w:val="goog_rdk_3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Proposal includes Chapters 1–3; completed dissertation includes Chapters 1–5.</w:t>
      </w:r>
    </w:p>
    <w:p w:rsidR="00000000" w:rsidDel="00000000" w:rsidP="00000000" w:rsidRDefault="00000000" w:rsidRPr="00000000" w14:paraId="000000E5">
      <w:pPr>
        <w:ind w:firstLine="0"/>
        <w:rPr/>
      </w:pPr>
      <w:sdt>
        <w:sdtPr>
          <w:id w:val="-915956956"/>
          <w:tag w:val="goog_rdk_3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Appendices are labeled, referenced in the text, and presented in the correct order.</w:t>
      </w:r>
    </w:p>
    <w:p w:rsidR="00000000" w:rsidDel="00000000" w:rsidP="00000000" w:rsidRDefault="00000000" w:rsidRPr="00000000" w14:paraId="000000E6">
      <w:pPr>
        <w:ind w:firstLine="0"/>
        <w:rPr/>
      </w:pPr>
      <w:sdt>
        <w:sdtPr>
          <w:id w:val="82432231"/>
          <w:tag w:val="goog_rdk_3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Table of Contents, List of Tables, and List of Figures have been updated immediately before submission.</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Unicode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Quattrocento Sans">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Noto Sans Symbols">
    <w:embedRegular w:fontKey="{00000000-0000-0000-0000-000000000000}" r:id="rId8" w:subsetted="0"/>
    <w:embedBold w:fontKey="{00000000-0000-0000-0000-000000000000}" r:id="rId9"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72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ind w:firstLine="7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firstLine="0"/>
      <w:jc w:val="center"/>
    </w:pPr>
    <w:rPr>
      <w:rFonts w:ascii="Calibri" w:cs="Calibri" w:eastAsia="Calibri" w:hAnsi="Calibri"/>
      <w:b w:val="1"/>
      <w:bCs w:val="1"/>
      <w:color w:val="366091"/>
    </w:rPr>
  </w:style>
  <w:style w:type="paragraph" w:styleId="Heading2">
    <w:name w:val="heading 2"/>
    <w:basedOn w:val="Normal"/>
    <w:next w:val="Normal"/>
    <w:pPr>
      <w:keepNext w:val="1"/>
      <w:keepLines w:val="1"/>
      <w:ind w:firstLine="0"/>
    </w:pPr>
    <w:rPr>
      <w:rFonts w:ascii="Calibri" w:cs="Calibri" w:eastAsia="Calibri" w:hAnsi="Calibri"/>
      <w:b w:val="1"/>
      <w:bCs w:val="1"/>
      <w:color w:val="4f81bd"/>
    </w:rPr>
  </w:style>
  <w:style w:type="paragraph" w:styleId="Heading3">
    <w:name w:val="heading 3"/>
    <w:basedOn w:val="Normal"/>
    <w:next w:val="Normal"/>
    <w:pPr>
      <w:keepNext w:val="1"/>
      <w:keepLines w:val="1"/>
    </w:pPr>
    <w:rPr>
      <w:rFonts w:ascii="Calibri" w:cs="Calibri" w:eastAsia="Calibri" w:hAnsi="Calibri"/>
      <w:b w:val="1"/>
      <w:bCs w:val="1"/>
      <w:color w:val="4f81bd"/>
    </w:rPr>
  </w:style>
  <w:style w:type="paragraph" w:styleId="Heading4">
    <w:name w:val="heading 4"/>
    <w:basedOn w:val="Normal"/>
    <w:next w:val="Normal"/>
    <w:pPr>
      <w:keepNext w:val="1"/>
      <w:keepLines w:val="1"/>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pPr>
    <w:rPr>
      <w:rFonts w:ascii="Calibri" w:cs="Calibri" w:eastAsia="Calibri" w:hAnsi="Calibri"/>
      <w:b w:val="1"/>
      <w:bCs w:val="1"/>
      <w:color w:val="243f61"/>
    </w:rPr>
  </w:style>
  <w:style w:type="paragraph" w:styleId="Heading6">
    <w:name w:val="heading 6"/>
    <w:basedOn w:val="Normal"/>
    <w:next w:val="Normal"/>
    <w:pPr>
      <w:keepNext w:val="1"/>
      <w:keepLines w:val="1"/>
      <w:spacing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FC693F"/>
    <w:pPr>
      <w:keepNext w:val="1"/>
      <w:keepLines w:val="1"/>
      <w:spacing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TemplateInstruction" w:customStyle="1">
    <w:name w:val="Template Instruction"/>
    <w:pPr>
      <w:spacing w:after="120" w:line="360" w:lineRule="auto"/>
    </w:pPr>
    <w:rPr>
      <w:rFonts w:ascii="Times New Roman" w:eastAsia="Times New Roman" w:hAnsi="Times New Roman"/>
      <w:i w:val="1"/>
      <w:color w:val="646464"/>
      <w:sz w:val="20"/>
    </w:rPr>
  </w:style>
  <w:style w:type="paragraph" w:styleId="Subtitle">
    <w:name w:val="Subtitle"/>
    <w:basedOn w:val="Normal"/>
    <w:next w:val="Normal"/>
    <w:pPr>
      <w:ind w:firstLine="720"/>
    </w:pPr>
    <w:rPr>
      <w:rFonts w:ascii="Calibri" w:cs="Calibri" w:eastAsia="Calibri" w:hAnsi="Calibri"/>
      <w:i w:val="1"/>
      <w:iCs w:val="1"/>
      <w:color w:val="4f81bd"/>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QuattrocentoSans-regular.ttf"/><Relationship Id="rId9" Type="http://schemas.openxmlformats.org/officeDocument/2006/relationships/font" Target="fonts/NotoSansSymbols-bold.ttf"/><Relationship Id="rId5" Type="http://schemas.openxmlformats.org/officeDocument/2006/relationships/font" Target="fonts/QuattrocentoSans-bold.ttf"/><Relationship Id="rId6" Type="http://schemas.openxmlformats.org/officeDocument/2006/relationships/font" Target="fonts/QuattrocentoSans-italic.ttf"/><Relationship Id="rId7" Type="http://schemas.openxmlformats.org/officeDocument/2006/relationships/font" Target="fonts/QuattrocentoSans-boldItalic.ttf"/><Relationship Id="rId8"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emt6Jb4tXfGyq3ujjX3dUP2Krg==">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2026-09-22T17:23:00Z</dcterms:created>
  <dc:creator>Saint Mary's University of Minnesota Ed.D. Program</dc:creator>
</cp:coreProperties>
</file>